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keepNext/>
        <w:jc w:val="center"/>
      </w:pPr>
      <w:r>
        <w:t>Mango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0">
        <w:r>
          <w:rPr>
            <w:color w:val="666666"/>
            <w:u w:val="single"/>
            <w:sz w:val="14"/>
          </w:rPr>
          <w:t>Source: Wikipedia — Mangifera indica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Mangifera indica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aam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A mango tree can live and fruit for well over a century; many cultivars also grow true-to-type from polyembryonic seeds.</w:t>
            </w:r>
          </w:p>
        </w:tc>
      </w:tr>
    </w:tbl>
    <w:p>
      <w:pPr>
        <w:pStyle w:val="Heading2"/>
        <w:keepNext/>
        <w:jc w:val="center"/>
      </w:pPr>
      <w:r>
        <w:t>Neem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2">
        <w:r>
          <w:rPr>
            <w:color w:val="666666"/>
            <w:u w:val="single"/>
            <w:sz w:val="14"/>
          </w:rPr>
          <w:t>Source: Wikipedia — Azadirachta indica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Azadirachta indica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neem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Neem seeds yield azadirachtin, a natural insect antifeedant used in many botanical pest-control products.</w:t>
            </w:r>
          </w:p>
        </w:tc>
      </w:tr>
    </w:tbl>
    <w:p>
      <w:pPr>
        <w:pStyle w:val="Heading2"/>
        <w:keepNext/>
        <w:jc w:val="center"/>
      </w:pPr>
      <w:r>
        <w:t>Banyan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4">
        <w:r>
          <w:rPr>
            <w:color w:val="666666"/>
            <w:u w:val="single"/>
            <w:sz w:val="14"/>
          </w:rPr>
          <w:t>Source: Wikipedia — Ficus benghalensis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Ficus benghalensis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bargad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Its aerial roots can grow down from branches and become new trunks, allowing one tree to spread over a very large area.</w:t>
            </w:r>
          </w:p>
        </w:tc>
      </w:tr>
    </w:tbl>
    <w:p>
      <w:pPr>
        <w:pStyle w:val="Heading2"/>
        <w:keepNext/>
        <w:jc w:val="center"/>
      </w:pPr>
      <w:r>
        <w:t>Peepal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681374" cy="30175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8137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6">
        <w:r>
          <w:rPr>
            <w:color w:val="666666"/>
            <w:u w:val="single"/>
            <w:sz w:val="14"/>
          </w:rPr>
          <w:t>Source: Wikipedia — Ficus religiosa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Ficus religiosa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peepal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This fig tree supports wildlife: birds eat its figs and disperse the seeds, helping new trees establish.</w:t>
            </w:r>
          </w:p>
        </w:tc>
      </w:tr>
    </w:tbl>
    <w:p>
      <w:pPr>
        <w:pStyle w:val="Heading2"/>
        <w:keepNext/>
        <w:jc w:val="center"/>
      </w:pPr>
      <w:r>
        <w:t>Tulsi (Holy basil)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8">
        <w:r>
          <w:rPr>
            <w:color w:val="666666"/>
            <w:u w:val="single"/>
            <w:sz w:val="14"/>
          </w:rPr>
          <w:t>Source: Wikipedia — Ocimum tenuiflorum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Ocimum tenuiflorum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tulsi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Its aromatic leaves are important in household worship and are also used in traditional herbal preparations.</w:t>
            </w:r>
          </w:p>
        </w:tc>
      </w:tr>
    </w:tbl>
    <w:p>
      <w:pPr>
        <w:pStyle w:val="Heading2"/>
        <w:keepNext/>
        <w:jc w:val="center"/>
      </w:pPr>
      <w:r>
        <w:t>Aloe vera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7555" cy="30175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2755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20">
        <w:r>
          <w:rPr>
            <w:color w:val="666666"/>
            <w:u w:val="single"/>
            <w:sz w:val="14"/>
          </w:rPr>
          <w:t>Source: Wikipedia — Aloe vera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Aloe vera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ghritkumari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leaf stores water in its gel; the yellow latex just beneath the skin is chemically different from the gel.</w:t>
            </w:r>
          </w:p>
        </w:tc>
      </w:tr>
    </w:tbl>
    <w:p>
      <w:pPr>
        <w:pStyle w:val="Heading2"/>
        <w:keepNext/>
        <w:jc w:val="center"/>
      </w:pPr>
      <w:r>
        <w:t>Hibiscus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122119" cy="30175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22119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22">
        <w:r>
          <w:rPr>
            <w:color w:val="666666"/>
            <w:u w:val="single"/>
            <w:sz w:val="14"/>
          </w:rPr>
          <w:t>Source: Wikipedia — Hibiscus × rosa-sinensis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Hibiscus × rosa-sinensis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gudhal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Ornamental hibiscus flowers are often sterile hybrids, so many garden plants are propagated from cuttings instead of seeds.</w:t>
            </w:r>
          </w:p>
        </w:tc>
      </w:tr>
    </w:tbl>
    <w:p>
      <w:pPr>
        <w:pStyle w:val="Heading2"/>
        <w:keepNext/>
        <w:jc w:val="center"/>
      </w:pPr>
      <w:r>
        <w:t>Rose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249869" cy="301752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49869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24">
        <w:r>
          <w:rPr>
            <w:color w:val="666666"/>
            <w:u w:val="single"/>
            <w:sz w:val="14"/>
          </w:rPr>
          <w:t>Source: Wikipedia — Rose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Rosa spp.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gulab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rose's fruit, called a rose hip, is rich in vitamin C and is used in teas, preserves and syrups.</w:t>
            </w:r>
          </w:p>
        </w:tc>
      </w:tr>
    </w:tbl>
    <w:p>
      <w:pPr>
        <w:pStyle w:val="Heading2"/>
        <w:keepNext/>
        <w:jc w:val="center"/>
      </w:pPr>
      <w:r>
        <w:t>Jasmine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26">
        <w:r>
          <w:rPr>
            <w:color w:val="666666"/>
            <w:u w:val="single"/>
            <w:sz w:val="14"/>
          </w:rPr>
          <w:t>Source: Wikipedia — Jasminum sambac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Jasminum sambac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mogra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Mogra flowers release much of their fragrance in the evening and are widely used in garlands and perfumes.</w:t>
            </w:r>
          </w:p>
        </w:tc>
      </w:tr>
    </w:tbl>
    <w:p>
      <w:pPr>
        <w:pStyle w:val="Heading2"/>
        <w:keepNext/>
        <w:jc w:val="center"/>
      </w:pPr>
      <w:r>
        <w:t>Marigold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39" cy="301751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63139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28">
        <w:r>
          <w:rPr>
            <w:color w:val="666666"/>
            <w:u w:val="single"/>
            <w:sz w:val="14"/>
          </w:rPr>
          <w:t>Source: Wikipedia — Tagetes erecta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Tagetes erecta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genda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Marigold petals contain yellow-orange pigments and are used as a natural dye and food colour; the plants can also suppress some soil nematodes.</w:t>
            </w:r>
          </w:p>
        </w:tc>
      </w:tr>
    </w:tbl>
    <w:p>
      <w:pPr>
        <w:pStyle w:val="Heading2"/>
        <w:keepNext/>
        <w:jc w:val="center"/>
      </w:pPr>
      <w:r>
        <w:t>Sunflower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724820" cy="301751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24820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30">
        <w:r>
          <w:rPr>
            <w:color w:val="666666"/>
            <w:u w:val="single"/>
            <w:sz w:val="14"/>
          </w:rPr>
          <w:t>Source: Wikipedia — Common sunflower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Helianthus annuus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surajmukhi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A sunflower head is a disc packed with hundreds of tiny flowers; young heads can track the sun before settling eastward.</w:t>
            </w:r>
          </w:p>
        </w:tc>
      </w:tr>
    </w:tbl>
    <w:p>
      <w:pPr>
        <w:pStyle w:val="Heading2"/>
        <w:keepNext/>
        <w:jc w:val="center"/>
      </w:pPr>
      <w:r>
        <w:t>Lotus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292114" cy="301752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9211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32">
        <w:r>
          <w:rPr>
            <w:color w:val="666666"/>
            <w:u w:val="single"/>
            <w:sz w:val="14"/>
          </w:rPr>
          <w:t>Source: Wikipedia — Nelumbo nucifera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Nelumbo nucifera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kamal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Lotus leaves repel water through a microscopic waxy surface, an effect known as the lotus effect.</w:t>
            </w:r>
          </w:p>
        </w:tc>
      </w:tr>
    </w:tbl>
    <w:p>
      <w:pPr>
        <w:pStyle w:val="Heading2"/>
        <w:keepNext/>
        <w:jc w:val="center"/>
      </w:pPr>
      <w:r>
        <w:t>Water lily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34">
        <w:r>
          <w:rPr>
            <w:color w:val="666666"/>
            <w:u w:val="single"/>
            <w:sz w:val="14"/>
          </w:rPr>
          <w:t>Source: Wikipedia — Nymphaea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Nymphaea spp.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kumudini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Unlike lotus leaves, water-lily leaves generally float directly on the water; many flowers open and close with the light.</w:t>
            </w:r>
          </w:p>
        </w:tc>
      </w:tr>
    </w:tbl>
    <w:p>
      <w:pPr>
        <w:pStyle w:val="Heading2"/>
        <w:keepNext/>
        <w:jc w:val="center"/>
      </w:pPr>
      <w:r>
        <w:t>Bougainvillea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36">
        <w:r>
          <w:rPr>
            <w:color w:val="666666"/>
            <w:u w:val="single"/>
            <w:sz w:val="14"/>
          </w:rPr>
          <w:t>Source: Wikipedia — Bougainvillea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Bougainvillea spp.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kagazi phool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vivid pink, purple or orange parts are bracts; the actual flowers are the small, pale structures in their centres.</w:t>
            </w:r>
          </w:p>
        </w:tc>
      </w:tr>
    </w:tbl>
    <w:p>
      <w:pPr>
        <w:pStyle w:val="Heading2"/>
        <w:keepNext/>
        <w:jc w:val="center"/>
      </w:pPr>
      <w:r>
        <w:t>Ixora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06914" cy="301752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0691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38">
        <w:r>
          <w:rPr>
            <w:color w:val="666666"/>
            <w:u w:val="single"/>
            <w:sz w:val="14"/>
          </w:rPr>
          <w:t>Source: Wikipedia — Ixora coccinea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Ixora coccinea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rangan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Its tight clusters are made of many small tubular flowers that attract butterflies and other nectar-seeking insects.</w:t>
            </w:r>
          </w:p>
        </w:tc>
      </w:tr>
    </w:tbl>
    <w:p>
      <w:pPr>
        <w:pStyle w:val="Heading2"/>
        <w:keepNext/>
        <w:jc w:val="center"/>
      </w:pPr>
      <w:r>
        <w:t>Frangipani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40">
        <w:r>
          <w:rPr>
            <w:color w:val="666666"/>
            <w:u w:val="single"/>
            <w:sz w:val="14"/>
          </w:rPr>
          <w:t>Source: Wikipedia — Plumeria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Plumeria spp.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champa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Frangipani branches contain a milky latex, while its waxy, fragrant flowers are commonly used in tropical leis and temple offerings.</w:t>
            </w:r>
          </w:p>
        </w:tc>
      </w:tr>
    </w:tbl>
    <w:p>
      <w:pPr>
        <w:pStyle w:val="Heading2"/>
        <w:keepNext/>
        <w:jc w:val="center"/>
      </w:pPr>
      <w:r>
        <w:t>Gulmohar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42">
        <w:r>
          <w:rPr>
            <w:color w:val="666666"/>
            <w:u w:val="single"/>
            <w:sz w:val="14"/>
          </w:rPr>
          <w:t>Source: Wikipedia — Delonix regia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Delonix regia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gulmohar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Its broad crown produces spectacular red-orange flowers, followed by long, woody seed pods that can remain on the tree for months.</w:t>
            </w:r>
          </w:p>
        </w:tc>
      </w:tr>
    </w:tbl>
    <w:p>
      <w:pPr>
        <w:pStyle w:val="Heading2"/>
        <w:keepNext/>
        <w:jc w:val="center"/>
      </w:pPr>
      <w:r>
        <w:t>Ashoka tree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665476" cy="301752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6547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44">
        <w:r>
          <w:rPr>
            <w:color w:val="666666"/>
            <w:u w:val="single"/>
            <w:sz w:val="14"/>
          </w:rPr>
          <w:t>Source: Wikipedia — Saraca asoca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Saraca asoca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ashok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fragrant flowers change from yellow to orange-red as they age; the tree is culturally important across South Asia.</w:t>
            </w:r>
          </w:p>
        </w:tc>
      </w:tr>
    </w:tbl>
    <w:p>
      <w:pPr>
        <w:pStyle w:val="Heading2"/>
        <w:keepNext/>
        <w:jc w:val="center"/>
      </w:pPr>
      <w:r>
        <w:t>Curry tree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46">
        <w:r>
          <w:rPr>
            <w:color w:val="666666"/>
            <w:u w:val="single"/>
            <w:sz w:val="14"/>
          </w:rPr>
          <w:t>Source: Wikipedia — Curry tree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Murraya koenigii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kadi patta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Curry leaves are aromatic because of their essential oils; the small black fruits are not the same thing as the culinary leaves.</w:t>
            </w:r>
          </w:p>
        </w:tc>
      </w:tr>
    </w:tbl>
    <w:p>
      <w:pPr>
        <w:pStyle w:val="Heading2"/>
        <w:keepNext/>
        <w:jc w:val="center"/>
      </w:pPr>
      <w:r>
        <w:t>Coconut palm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15703" cy="301751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15703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48">
        <w:r>
          <w:rPr>
            <w:color w:val="666666"/>
            <w:u w:val="single"/>
            <w:sz w:val="14"/>
          </w:rPr>
          <w:t>Source: Wikipedia — Coconut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Cocos nucifera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nariyal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A coconut is botanically a fibrous one-seeded fruit, not a true nut; its husk, shell, water and flesh all have uses.</w:t>
            </w:r>
          </w:p>
        </w:tc>
      </w:tr>
    </w:tbl>
    <w:p>
      <w:pPr>
        <w:pStyle w:val="Heading2"/>
        <w:keepNext/>
        <w:jc w:val="center"/>
      </w:pPr>
      <w:r>
        <w:t>Banana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284073" cy="301752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84073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50">
        <w:r>
          <w:rPr>
            <w:color w:val="666666"/>
            <w:u w:val="single"/>
            <w:sz w:val="14"/>
          </w:rPr>
          <w:t>Source: Wikipedia — Banana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Musa spp.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kela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banana plant is a giant herb, not a tree: its apparent trunk is a tightly packed pseudostem of leaf bases.</w:t>
            </w:r>
          </w:p>
        </w:tc>
      </w:tr>
    </w:tbl>
    <w:p>
      <w:pPr>
        <w:pStyle w:val="Heading2"/>
        <w:keepNext/>
        <w:jc w:val="center"/>
      </w:pPr>
      <w:r>
        <w:t>Papaya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136404" cy="301752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3640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52">
        <w:r>
          <w:rPr>
            <w:color w:val="666666"/>
            <w:u w:val="single"/>
            <w:sz w:val="14"/>
          </w:rPr>
          <w:t>Source: Wikipedia — Papaya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Carica papaya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papita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Papaya latex contains papain, an enzyme used as a meat tenderiser and in some food-processing applications.</w:t>
            </w:r>
          </w:p>
        </w:tc>
      </w:tr>
    </w:tbl>
    <w:p>
      <w:pPr>
        <w:pStyle w:val="Heading2"/>
        <w:keepNext/>
        <w:jc w:val="center"/>
      </w:pPr>
      <w:r>
        <w:t>Guava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923222" cy="3017519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923222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54">
        <w:r>
          <w:rPr>
            <w:color w:val="666666"/>
            <w:u w:val="single"/>
            <w:sz w:val="14"/>
          </w:rPr>
          <w:t>Source: Wikipedia — Psidium guajava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Psidium guajava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amrood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Guava is exceptionally rich in vitamin C, and its flowers are pollinated by bees and other insects.</w:t>
            </w:r>
          </w:p>
        </w:tc>
      </w:tr>
    </w:tbl>
    <w:p>
      <w:pPr>
        <w:pStyle w:val="Heading2"/>
        <w:keepNext/>
        <w:jc w:val="center"/>
      </w:pPr>
      <w:r>
        <w:t>Pomegranate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54747" cy="301752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554747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56">
        <w:r>
          <w:rPr>
            <w:color w:val="666666"/>
            <w:u w:val="single"/>
            <w:sz w:val="14"/>
          </w:rPr>
          <w:t>Source: Wikipedia — Pomegranate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Punica granatum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anar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juicy edible parts are arils: fleshy seed coverings, rather than the fruit's outer flesh.</w:t>
            </w:r>
          </w:p>
        </w:tc>
      </w:tr>
    </w:tbl>
    <w:p>
      <w:pPr>
        <w:pStyle w:val="Heading2"/>
        <w:keepNext/>
        <w:jc w:val="center"/>
      </w:pPr>
      <w:r>
        <w:t>Lemon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58">
        <w:r>
          <w:rPr>
            <w:color w:val="666666"/>
            <w:u w:val="single"/>
            <w:sz w:val="14"/>
          </w:rPr>
          <w:t>Source: Wikipedia — Lemon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Citrus limon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nimbu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A lemon tree can carry flowers and ripe fruit at the same time, so several stages of the crop may appear together.</w:t>
            </w:r>
          </w:p>
        </w:tc>
      </w:tr>
    </w:tbl>
    <w:p>
      <w:pPr>
        <w:pStyle w:val="Heading2"/>
        <w:keepNext/>
        <w:jc w:val="center"/>
      </w:pPr>
      <w:r>
        <w:t>Sweet orange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426574" cy="3017519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426574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60">
        <w:r>
          <w:rPr>
            <w:color w:val="666666"/>
            <w:u w:val="single"/>
            <w:sz w:val="14"/>
          </w:rPr>
          <w:t>Source: Wikipedia — Citrus × sinensis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Citrus × sinensis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santra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Sweet orange is a cultivated hybrid descended from mandarin and pomelo; many commercial trees are grafted.</w:t>
            </w:r>
          </w:p>
        </w:tc>
      </w:tr>
    </w:tbl>
    <w:p>
      <w:pPr>
        <w:pStyle w:val="Heading2"/>
        <w:keepNext/>
        <w:jc w:val="center"/>
      </w:pPr>
      <w:r>
        <w:t>Apple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989320" cy="203075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0307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62">
        <w:r>
          <w:rPr>
            <w:color w:val="666666"/>
            <w:u w:val="single"/>
            <w:sz w:val="14"/>
          </w:rPr>
          <w:t>Source: Wikipedia — Apple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Malus domestica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seb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An apple is a pome: much of the edible part develops from flower tissues around the ovary, not from the ovary alone.</w:t>
            </w:r>
          </w:p>
        </w:tc>
      </w:tr>
    </w:tbl>
    <w:p>
      <w:pPr>
        <w:pStyle w:val="Heading2"/>
        <w:keepNext/>
        <w:jc w:val="center"/>
      </w:pPr>
      <w:r>
        <w:t>Grapevine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706758" cy="301752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70675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64">
        <w:r>
          <w:rPr>
            <w:color w:val="666666"/>
            <w:u w:val="single"/>
            <w:sz w:val="14"/>
          </w:rPr>
          <w:t>Source: Wikipedia — Vitis vinifera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Vitis vinifera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angur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Grape tendrils are modified inflorescences or their branches, helping the vine climb toward light.</w:t>
            </w:r>
          </w:p>
        </w:tc>
      </w:tr>
    </w:tbl>
    <w:p>
      <w:pPr>
        <w:pStyle w:val="Heading2"/>
        <w:keepNext/>
        <w:jc w:val="center"/>
      </w:pPr>
      <w:r>
        <w:t>Strawberry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66">
        <w:r>
          <w:rPr>
            <w:color w:val="666666"/>
            <w:u w:val="single"/>
            <w:sz w:val="14"/>
          </w:rPr>
          <w:t>Source: Wikipedia — Strawberry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Fragaria × ananassa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strawberry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red fleshy part is a swollen flower receptacle; the tiny structures on its surface are the true fruits.</w:t>
            </w:r>
          </w:p>
        </w:tc>
      </w:tr>
    </w:tbl>
    <w:p>
      <w:pPr>
        <w:pStyle w:val="Heading2"/>
        <w:keepNext/>
        <w:jc w:val="center"/>
      </w:pPr>
      <w:r>
        <w:t>Pineapple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497658" cy="301752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0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9765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68">
        <w:r>
          <w:rPr>
            <w:color w:val="666666"/>
            <w:u w:val="single"/>
            <w:sz w:val="14"/>
          </w:rPr>
          <w:t>Source: Wikipedia — Pineapple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Ananas comosus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ananas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A pineapple is a multiple fruit formed when many small flowers fuse together; its leafy crown can be rooted to grow a new plant.</w:t>
            </w:r>
          </w:p>
        </w:tc>
      </w:tr>
    </w:tbl>
    <w:p>
      <w:pPr>
        <w:pStyle w:val="Heading2"/>
        <w:keepNext/>
        <w:jc w:val="center"/>
      </w:pPr>
      <w:r>
        <w:t>Watermelon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06650" cy="3017519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06650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70">
        <w:r>
          <w:rPr>
            <w:color w:val="666666"/>
            <w:u w:val="single"/>
            <w:sz w:val="14"/>
          </w:rPr>
          <w:t>Source: Wikipedia — Watermelon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Citrullus lanatus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tarbooz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Botanically, a watermelon is a type of berry called a pepo, with a firm rind and fleshy interior.</w:t>
            </w:r>
          </w:p>
        </w:tc>
      </w:tr>
    </w:tbl>
    <w:p>
      <w:pPr>
        <w:pStyle w:val="Heading2"/>
        <w:keepNext/>
        <w:jc w:val="center"/>
      </w:pPr>
      <w:r>
        <w:t>Tomato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627059" cy="301752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627059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72">
        <w:r>
          <w:rPr>
            <w:color w:val="666666"/>
            <w:u w:val="single"/>
            <w:sz w:val="14"/>
          </w:rPr>
          <w:t>Source: Wikipedia — Tomato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Solanum lycopersicum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tamatar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tomato is botanically a berry; its wild relatives originated in the Andes and were domesticated in the Americas.</w:t>
            </w:r>
          </w:p>
        </w:tc>
      </w:tr>
    </w:tbl>
    <w:p>
      <w:pPr>
        <w:pStyle w:val="Heading2"/>
        <w:keepNext/>
        <w:jc w:val="center"/>
      </w:pPr>
      <w:r>
        <w:t>Eggplant (Brinjal)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764048" cy="301752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3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76404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74">
        <w:r>
          <w:rPr>
            <w:color w:val="666666"/>
            <w:u w:val="single"/>
            <w:sz w:val="14"/>
          </w:rPr>
          <w:t>Source: Wikipedia — Eggplant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Solanum melongena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baingan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Eggplant is also a botanical berry, and its flowers usually pollinate themselves with help from vibrating anthers.</w:t>
            </w:r>
          </w:p>
        </w:tc>
      </w:tr>
    </w:tbl>
    <w:p>
      <w:pPr>
        <w:pStyle w:val="Heading2"/>
        <w:keepNext/>
        <w:jc w:val="center"/>
      </w:pPr>
      <w:r>
        <w:t>Chili pepper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771900" cy="301752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76">
        <w:r>
          <w:rPr>
            <w:color w:val="666666"/>
            <w:u w:val="single"/>
            <w:sz w:val="14"/>
          </w:rPr>
          <w:t>Source: Wikipedia — Chili pepper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Capsicum annuum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mirch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Capsaicin is concentrated mainly in the white inner placenta, not in the seeds themselves.</w:t>
            </w:r>
          </w:p>
        </w:tc>
      </w:tr>
    </w:tbl>
    <w:p>
      <w:pPr>
        <w:pStyle w:val="Heading2"/>
        <w:keepNext/>
        <w:jc w:val="center"/>
      </w:pPr>
      <w:r>
        <w:t>Okra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.jp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78">
        <w:r>
          <w:rPr>
            <w:color w:val="666666"/>
            <w:u w:val="single"/>
            <w:sz w:val="14"/>
          </w:rPr>
          <w:t>Source: Wikipedia — Okra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Abelmoschus esculentus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bhindi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Young okra pods contain mucilage, which naturally thickens soups and stews when the pods are cut or cooked.</w:t>
            </w:r>
          </w:p>
        </w:tc>
      </w:tr>
    </w:tbl>
    <w:p>
      <w:pPr>
        <w:pStyle w:val="Heading2"/>
        <w:keepNext/>
        <w:jc w:val="center"/>
      </w:pPr>
      <w:r>
        <w:t>Cucumber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103211" cy="3017519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.jp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103211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80">
        <w:r>
          <w:rPr>
            <w:color w:val="666666"/>
            <w:u w:val="single"/>
            <w:sz w:val="14"/>
          </w:rPr>
          <w:t>Source: Wikipedia — Cucumber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Cucumis sativus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kheera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Cucumber is a pepo, a berry-like fruit with a firm rind; its fresh fruit is roughly 95 percent water.</w:t>
            </w:r>
          </w:p>
        </w:tc>
      </w:tr>
    </w:tbl>
    <w:p>
      <w:pPr>
        <w:pStyle w:val="Heading2"/>
        <w:keepNext/>
        <w:jc w:val="center"/>
      </w:pPr>
      <w:r>
        <w:t>Pumpkin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7.jp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82">
        <w:r>
          <w:rPr>
            <w:color w:val="666666"/>
            <w:u w:val="single"/>
            <w:sz w:val="14"/>
          </w:rPr>
          <w:t>Source: Wikipedia — Pumpkin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Cucurbita spp.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kaddu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Pumpkin vines produce separate male and female flowers, and the flowers themselves are edible in many cuisines.</w:t>
            </w:r>
          </w:p>
        </w:tc>
      </w:tr>
    </w:tbl>
    <w:p>
      <w:pPr>
        <w:pStyle w:val="Heading2"/>
        <w:keepNext/>
        <w:jc w:val="center"/>
      </w:pPr>
      <w:r>
        <w:t>Bottle gourd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59" cy="3017519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8.jp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023359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84">
        <w:r>
          <w:rPr>
            <w:color w:val="666666"/>
            <w:u w:val="single"/>
            <w:sz w:val="14"/>
          </w:rPr>
          <w:t>Source: Wikipedia — Calabash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Lagenaria siceraria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lauki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When fully mature and dried, the hard shell can be turned into bottles, bowls, musical instruments and other containers.</w:t>
            </w:r>
          </w:p>
        </w:tc>
      </w:tr>
    </w:tbl>
    <w:p>
      <w:pPr>
        <w:pStyle w:val="Heading2"/>
        <w:keepNext/>
        <w:jc w:val="center"/>
      </w:pPr>
      <w:r>
        <w:t>Bitter melon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54931" cy="301752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.jp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054931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86">
        <w:r>
          <w:rPr>
            <w:color w:val="666666"/>
            <w:u w:val="single"/>
            <w:sz w:val="14"/>
          </w:rPr>
          <w:t>Source: Wikipedia — Momordica charantia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Momordica charantia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karela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ripe fruit splits open to reveal bright red arils around its seeds, contrasting with the fruit's strongly bitter taste.</w:t>
            </w:r>
          </w:p>
        </w:tc>
      </w:tr>
    </w:tbl>
    <w:p>
      <w:pPr>
        <w:pStyle w:val="Heading2"/>
        <w:keepNext/>
        <w:jc w:val="center"/>
      </w:pPr>
      <w:r>
        <w:t>Spinach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313575" cy="301752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.jp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31357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88">
        <w:r>
          <w:rPr>
            <w:color w:val="666666"/>
            <w:u w:val="single"/>
            <w:sz w:val="14"/>
          </w:rPr>
          <w:t>Source: Wikipedia — Spinach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Spinacia oleracea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palak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Spinach leaves contain oxalates; blanching or cooking reduces their volume and can lower soluble oxalate.</w:t>
            </w:r>
          </w:p>
        </w:tc>
      </w:tr>
    </w:tbl>
    <w:p>
      <w:pPr>
        <w:pStyle w:val="Heading2"/>
        <w:keepNext/>
        <w:jc w:val="center"/>
      </w:pPr>
      <w:r>
        <w:t>Coriander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395666" cy="3017519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1.jp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395666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90">
        <w:r>
          <w:rPr>
            <w:color w:val="666666"/>
            <w:u w:val="single"/>
            <w:sz w:val="14"/>
          </w:rPr>
          <w:t>Source: Wikipedia — Coriander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Coriandrum sativum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dhaniya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Its leaves and seeds have noticeably different aromas because the plant's oils change as the fruit matures.</w:t>
            </w:r>
          </w:p>
        </w:tc>
      </w:tr>
    </w:tbl>
    <w:p>
      <w:pPr>
        <w:pStyle w:val="Heading2"/>
        <w:keepNext/>
        <w:jc w:val="center"/>
      </w:pPr>
      <w:r>
        <w:t>Mint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017520" cy="301752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.jp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92">
        <w:r>
          <w:rPr>
            <w:color w:val="666666"/>
            <w:u w:val="single"/>
            <w:sz w:val="14"/>
          </w:rPr>
          <w:t>Source: Wikipedia — Mentha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Mentha spp.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pudina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Mint spreads vigorously through underground stems and can take over a garden bed unless its roots are contained.</w:t>
            </w:r>
          </w:p>
        </w:tc>
      </w:tr>
    </w:tbl>
    <w:p>
      <w:pPr>
        <w:pStyle w:val="Heading2"/>
        <w:keepNext/>
        <w:jc w:val="center"/>
      </w:pPr>
      <w:r>
        <w:t>Fenugreek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828617" cy="301752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3.jp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28617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94">
        <w:r>
          <w:rPr>
            <w:color w:val="666666"/>
            <w:u w:val="single"/>
            <w:sz w:val="14"/>
          </w:rPr>
          <w:t>Source: Wikipedia — Fenugreek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Trigonella foenum-graecum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methi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Both the fresh leaves and the dried seeds are used; the seeds have a distinctive maple-like aroma.</w:t>
            </w:r>
          </w:p>
        </w:tc>
      </w:tr>
    </w:tbl>
    <w:p>
      <w:pPr>
        <w:pStyle w:val="Heading2"/>
        <w:keepNext/>
        <w:jc w:val="center"/>
      </w:pPr>
      <w:r>
        <w:t>Mustard plant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380374" cy="3017519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.jp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380374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96">
        <w:r>
          <w:rPr>
            <w:color w:val="666666"/>
            <w:u w:val="single"/>
            <w:sz w:val="14"/>
          </w:rPr>
          <w:t>Source: Wikipedia — Brassica juncea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Brassica juncea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sarson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Mustard's pungency develops when crushed tissues meet water, allowing enzymes to form sharp mustard oils.</w:t>
            </w:r>
          </w:p>
        </w:tc>
      </w:tr>
    </w:tbl>
    <w:p>
      <w:pPr>
        <w:pStyle w:val="Heading2"/>
        <w:keepNext/>
        <w:jc w:val="center"/>
      </w:pPr>
      <w:r>
        <w:t>Ginger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317455" cy="301752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5.jp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31745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98">
        <w:r>
          <w:rPr>
            <w:color w:val="666666"/>
            <w:u w:val="single"/>
            <w:sz w:val="14"/>
          </w:rPr>
          <w:t>Source: Wikipedia — Ginger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Zingiber officinale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adrak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familiar ginger is a rhizome, a horizontal underground stem, rather than a true root.</w:t>
            </w:r>
          </w:p>
        </w:tc>
      </w:tr>
    </w:tbl>
    <w:p>
      <w:pPr>
        <w:pStyle w:val="Heading2"/>
        <w:keepNext/>
        <w:jc w:val="center"/>
      </w:pPr>
      <w:r>
        <w:t>Turmeric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09668" cy="301752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.jp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00966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00">
        <w:r>
          <w:rPr>
            <w:color w:val="666666"/>
            <w:u w:val="single"/>
            <w:sz w:val="14"/>
          </w:rPr>
          <w:t>Source: Wikipedia — Turmeric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Curcuma longa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haldi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Turmeric's golden colour comes largely from curcuminoids stored in its rhizome.</w:t>
            </w:r>
          </w:p>
        </w:tc>
      </w:tr>
    </w:tbl>
    <w:p>
      <w:pPr>
        <w:pStyle w:val="Heading2"/>
        <w:keepNext/>
        <w:jc w:val="center"/>
      </w:pPr>
      <w:r>
        <w:t>Garlic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824385" cy="3017519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.jp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824385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02">
        <w:r>
          <w:rPr>
            <w:color w:val="666666"/>
            <w:u w:val="single"/>
            <w:sz w:val="14"/>
          </w:rPr>
          <w:t>Source: Wikipedia — Garlic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Allium sativum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lahsun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A garlic bulb is made of separate cloves; chopping damages cells and lets them form the pungent compound allicin.</w:t>
            </w:r>
          </w:p>
        </w:tc>
      </w:tr>
    </w:tbl>
    <w:p>
      <w:pPr>
        <w:pStyle w:val="Heading2"/>
        <w:keepNext/>
        <w:jc w:val="center"/>
      </w:pPr>
      <w:r>
        <w:t>Onion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017520" cy="301752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8.jp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04">
        <w:r>
          <w:rPr>
            <w:color w:val="666666"/>
            <w:u w:val="single"/>
            <w:sz w:val="14"/>
          </w:rPr>
          <w:t>Source: Wikipedia — Onion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Allium cepa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pyaz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Cutting onions releases a volatile compound that reacts with the eye's moisture and triggers tears.</w:t>
            </w:r>
          </w:p>
        </w:tc>
      </w:tr>
    </w:tbl>
    <w:p>
      <w:pPr>
        <w:pStyle w:val="Heading2"/>
        <w:keepNext/>
        <w:jc w:val="center"/>
      </w:pPr>
      <w:r>
        <w:t>Potato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642338" cy="301752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9.jp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64233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06">
        <w:r>
          <w:rPr>
            <w:color w:val="666666"/>
            <w:u w:val="single"/>
            <w:sz w:val="14"/>
          </w:rPr>
          <w:t>Source: Wikipedia — Potato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Solanum tuberosum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aloo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A potato is a stem tuber; green or bitter parts can contain elevated glycoalkaloids such as solanine.</w:t>
            </w:r>
          </w:p>
        </w:tc>
      </w:tr>
    </w:tbl>
    <w:p>
      <w:pPr>
        <w:pStyle w:val="Heading2"/>
        <w:keepNext/>
        <w:jc w:val="center"/>
      </w:pPr>
      <w:r>
        <w:t>Sweet potato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19173" cy="301752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0.jp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019173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08">
        <w:r>
          <w:rPr>
            <w:color w:val="666666"/>
            <w:u w:val="single"/>
            <w:sz w:val="14"/>
          </w:rPr>
          <w:t>Source: Wikipedia — Sweet potato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Ipomoea batatas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shakarkand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Unlike potato, sweet potato is a swollen storage root and belongs to the morning-glory family.</w:t>
            </w:r>
          </w:p>
        </w:tc>
      </w:tr>
    </w:tbl>
    <w:p>
      <w:pPr>
        <w:pStyle w:val="Heading2"/>
        <w:keepNext/>
        <w:jc w:val="center"/>
      </w:pPr>
      <w:r>
        <w:t>Carrot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320145" cy="301752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.jp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32014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10">
        <w:r>
          <w:rPr>
            <w:color w:val="666666"/>
            <w:u w:val="single"/>
            <w:sz w:val="14"/>
          </w:rPr>
          <w:t>Source: Wikipedia — Carrot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Daucus carota subsp. sativus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gajar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orange colour of many carrots comes from beta-carotene, which the body can convert to vitamin A.</w:t>
            </w:r>
          </w:p>
        </w:tc>
      </w:tr>
    </w:tbl>
    <w:p>
      <w:pPr>
        <w:pStyle w:val="Heading2"/>
        <w:keepNext/>
        <w:jc w:val="center"/>
      </w:pPr>
      <w:r>
        <w:t>Radish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.jp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12">
        <w:r>
          <w:rPr>
            <w:color w:val="666666"/>
            <w:u w:val="single"/>
            <w:sz w:val="14"/>
          </w:rPr>
          <w:t>Source: Wikipedia — Radish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Raphanus sativus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mooli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Radish is a fast-growing crop whose swollen taproot stores energy below ground.</w:t>
            </w:r>
          </w:p>
        </w:tc>
      </w:tr>
    </w:tbl>
    <w:p>
      <w:pPr>
        <w:pStyle w:val="Heading2"/>
        <w:keepNext/>
        <w:jc w:val="center"/>
      </w:pPr>
      <w:r>
        <w:t>Beetroot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06650" cy="3017519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.jp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006650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14">
        <w:r>
          <w:rPr>
            <w:color w:val="666666"/>
            <w:u w:val="single"/>
            <w:sz w:val="14"/>
          </w:rPr>
          <w:t>Source: Wikipedia — Beetroot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Beta vulgaris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chukandar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Its red-purple colour comes mainly from betalain pigments, which are chemically different from the anthocyanins in many red fruits.</w:t>
            </w:r>
          </w:p>
        </w:tc>
      </w:tr>
    </w:tbl>
    <w:p>
      <w:pPr>
        <w:pStyle w:val="Heading2"/>
        <w:keepNext/>
        <w:jc w:val="center"/>
      </w:pPr>
      <w:r>
        <w:t>Cabbage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989320" cy="2699873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.jp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699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16">
        <w:r>
          <w:rPr>
            <w:color w:val="666666"/>
            <w:u w:val="single"/>
            <w:sz w:val="14"/>
          </w:rPr>
          <w:t>Source: Wikipedia — Cabbage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Brassica oleracea var. capitata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patta gobhi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familiar head is a tightly packed cluster of leaves; cabbage is closely related to kale, broccoli and cauliflower.</w:t>
            </w:r>
          </w:p>
        </w:tc>
      </w:tr>
    </w:tbl>
    <w:p>
      <w:pPr>
        <w:pStyle w:val="Heading2"/>
        <w:keepNext/>
        <w:jc w:val="center"/>
      </w:pPr>
      <w:r>
        <w:t>Cauliflower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771900" cy="301752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5.jp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18">
        <w:r>
          <w:rPr>
            <w:color w:val="666666"/>
            <w:u w:val="single"/>
            <w:sz w:val="14"/>
          </w:rPr>
          <w:t>Source: Wikipedia — Cauliflower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Brassica oleracea var. botrytis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phool gobhi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white 'curd' is an immature, tightly branched flowering structure harvested before the flowers open.</w:t>
            </w:r>
          </w:p>
        </w:tc>
      </w:tr>
    </w:tbl>
    <w:p>
      <w:pPr>
        <w:pStyle w:val="Heading2"/>
        <w:keepNext/>
        <w:jc w:val="center"/>
      </w:pPr>
      <w:r>
        <w:t>Broccoli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2746" cy="301752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6.jp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52274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20">
        <w:r>
          <w:rPr>
            <w:color w:val="666666"/>
            <w:u w:val="single"/>
            <w:sz w:val="14"/>
          </w:rPr>
          <w:t>Source: Wikipedia — Broccoli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Brassica oleracea var. italica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broccoli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Broccoli is harvested for immature flower clusters; if left to mature, it produces small yellow flowers.</w:t>
            </w:r>
          </w:p>
        </w:tc>
      </w:tr>
    </w:tbl>
    <w:p>
      <w:pPr>
        <w:pStyle w:val="Heading2"/>
        <w:keepNext/>
        <w:jc w:val="center"/>
      </w:pPr>
      <w:r>
        <w:t>Pea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494288" cy="301752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.jp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49428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22">
        <w:r>
          <w:rPr>
            <w:color w:val="666666"/>
            <w:u w:val="single"/>
            <w:sz w:val="14"/>
          </w:rPr>
          <w:t>Source: Wikipedia — Pea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Pisum sativum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matar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Pea plants host nitrogen-fixing bacteria in root nodules, converting atmospheric nitrogen into forms the plant can use.</w:t>
            </w:r>
          </w:p>
        </w:tc>
      </w:tr>
    </w:tbl>
    <w:p>
      <w:pPr>
        <w:pStyle w:val="Heading2"/>
        <w:keepNext/>
        <w:jc w:val="center"/>
      </w:pPr>
      <w:r>
        <w:t>Chickpea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8.jp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24">
        <w:r>
          <w:rPr>
            <w:color w:val="666666"/>
            <w:u w:val="single"/>
            <w:sz w:val="14"/>
          </w:rPr>
          <w:t>Source: Wikipedia — Chickpea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Cicer arietinum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chana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two familiar market types, desi and kabuli, differ in seed size, colour and coat texture.</w:t>
            </w:r>
          </w:p>
        </w:tc>
      </w:tr>
    </w:tbl>
    <w:p>
      <w:pPr>
        <w:pStyle w:val="Heading2"/>
        <w:keepNext/>
        <w:jc w:val="center"/>
      </w:pPr>
      <w:r>
        <w:t>Lentil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262160" cy="301752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.jp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21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26">
        <w:r>
          <w:rPr>
            <w:color w:val="666666"/>
            <w:u w:val="single"/>
            <w:sz w:val="14"/>
          </w:rPr>
          <w:t>Source: Wikipedia — Lentil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Lens culinaris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masoor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Lentil seeds are lens-shaped and come in several colours, including brown, green, red and black.</w:t>
            </w:r>
          </w:p>
        </w:tc>
      </w:tr>
    </w:tbl>
    <w:p>
      <w:pPr>
        <w:pStyle w:val="Heading2"/>
        <w:keepNext/>
        <w:jc w:val="center"/>
      </w:pPr>
      <w:r>
        <w:t>Soybean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30717" cy="3017519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.jp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030717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28">
        <w:r>
          <w:rPr>
            <w:color w:val="666666"/>
            <w:u w:val="single"/>
            <w:sz w:val="14"/>
          </w:rPr>
          <w:t>Source: Wikipedia — Soybean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Glycine max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soyabean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Soybean is both a nitrogen-fixing legume and an important source of plant protein and edible oil.</w:t>
            </w:r>
          </w:p>
        </w:tc>
      </w:tr>
    </w:tbl>
    <w:p>
      <w:pPr>
        <w:pStyle w:val="Heading2"/>
        <w:keepNext/>
        <w:jc w:val="center"/>
      </w:pPr>
      <w:r>
        <w:t>Rice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364480" cy="301752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1.jp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30">
        <w:r>
          <w:rPr>
            <w:color w:val="666666"/>
            <w:u w:val="single"/>
            <w:sz w:val="14"/>
          </w:rPr>
          <w:t>Source: Wikipedia — Rice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Oryza sativa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dhaan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Rice is a grass; its aromatic varieties can owe their characteristic scent to the compound 2-acetyl-1-pyrroline.</w:t>
            </w:r>
          </w:p>
        </w:tc>
      </w:tr>
    </w:tbl>
    <w:p>
      <w:pPr>
        <w:pStyle w:val="Heading2"/>
        <w:keepNext/>
        <w:jc w:val="center"/>
      </w:pPr>
      <w:r>
        <w:t>Wheat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2.jpg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32">
        <w:r>
          <w:rPr>
            <w:color w:val="666666"/>
            <w:u w:val="single"/>
            <w:sz w:val="14"/>
          </w:rPr>
          <w:t>Source: Wikipedia — Wheat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Triticum aestivum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gehun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Bread wheat forms an elastic dough because its storage proteins combine with water to create gluten networks.</w:t>
            </w:r>
          </w:p>
        </w:tc>
      </w:tr>
    </w:tbl>
    <w:p>
      <w:pPr>
        <w:pStyle w:val="Heading2"/>
        <w:keepNext/>
        <w:jc w:val="center"/>
      </w:pPr>
      <w:r>
        <w:t>Maize (Corn)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14880" cy="301752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3.jpg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34">
        <w:r>
          <w:rPr>
            <w:color w:val="666666"/>
            <w:u w:val="single"/>
            <w:sz w:val="14"/>
          </w:rPr>
          <w:t>Source: Wikipedia — Maize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Zea mays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makka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The tassel is the male flower cluster, while the silks on each ear are styles connected to individual kernels.</w:t>
            </w:r>
          </w:p>
        </w:tc>
      </w:tr>
    </w:tbl>
    <w:p>
      <w:pPr>
        <w:pStyle w:val="Heading2"/>
        <w:keepNext/>
        <w:jc w:val="center"/>
      </w:pPr>
      <w:r>
        <w:t>Sugarcane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16228" cy="3017519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4.jpg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21622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36">
        <w:r>
          <w:rPr>
            <w:color w:val="666666"/>
            <w:u w:val="single"/>
            <w:sz w:val="14"/>
          </w:rPr>
          <w:t>Source: Wikipedia — Sugarcane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Saccharum officinarum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ganna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Commercial sugar is extracted from the juice stored in sugarcane's thickened stem, which is itself a grass stem.</w:t>
            </w:r>
          </w:p>
        </w:tc>
      </w:tr>
    </w:tbl>
    <w:p>
      <w:pPr>
        <w:pStyle w:val="Heading2"/>
        <w:keepNext/>
        <w:jc w:val="center"/>
      </w:pPr>
      <w:r>
        <w:t>Cotton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225848" cy="301752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5.jpg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22584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38">
        <w:r>
          <w:rPr>
            <w:color w:val="666666"/>
            <w:u w:val="single"/>
            <w:sz w:val="14"/>
          </w:rPr>
          <w:t>Source: Wikipedia — Cotton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Gossypium spp.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kapas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Cotton fibre is made of elongated seed hairs; the fluffy boll is the plant's way of dispersing those seeds.</w:t>
            </w:r>
          </w:p>
        </w:tc>
      </w:tr>
    </w:tbl>
    <w:p>
      <w:pPr>
        <w:pStyle w:val="Heading2"/>
        <w:keepNext/>
        <w:jc w:val="center"/>
      </w:pPr>
      <w:r>
        <w:t>Tea plant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.jpg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40">
        <w:r>
          <w:rPr>
            <w:color w:val="666666"/>
            <w:u w:val="single"/>
            <w:sz w:val="14"/>
          </w:rPr>
          <w:t>Source: Wikipedia — Camellia sinensis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Camellia sinensis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chai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Green, oolong and black teas come from the same species; their differences mainly reflect how the leaves are processed.</w:t>
            </w:r>
          </w:p>
        </w:tc>
      </w:tr>
    </w:tbl>
    <w:p>
      <w:pPr>
        <w:pStyle w:val="Heading2"/>
        <w:keepNext/>
        <w:jc w:val="center"/>
      </w:pPr>
      <w:r>
        <w:t>Coffee plant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7.jpg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42">
        <w:r>
          <w:rPr>
            <w:color w:val="666666"/>
            <w:u w:val="single"/>
            <w:sz w:val="14"/>
          </w:rPr>
          <w:t>Source: Wikipedia — Coffea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Coffea spp.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coffee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A coffee bean is a seed inside a fruit called a coffee cherry; Arabica and Robusta are the main commercial groups.</w:t>
            </w:r>
          </w:p>
        </w:tc>
      </w:tr>
    </w:tbl>
    <w:p>
      <w:pPr>
        <w:pStyle w:val="Heading2"/>
        <w:keepNext/>
        <w:jc w:val="center"/>
      </w:pPr>
      <w:r>
        <w:t>Bamboo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.jpg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44">
        <w:r>
          <w:rPr>
            <w:color w:val="666666"/>
            <w:u w:val="single"/>
            <w:sz w:val="14"/>
          </w:rPr>
          <w:t>Source: Wikipedia — Bamboo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Bambusoideae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baans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Bamboo is a grass, not a tree; some species grow extremely quickly, while others flower only after many decades.</w:t>
            </w:r>
          </w:p>
        </w:tc>
      </w:tr>
    </w:tbl>
    <w:p>
      <w:pPr>
        <w:pStyle w:val="Heading2"/>
        <w:keepNext/>
        <w:jc w:val="center"/>
      </w:pPr>
      <w:r>
        <w:t>Eucalyptus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768426" cy="301752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.jpg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76842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46">
        <w:r>
          <w:rPr>
            <w:color w:val="666666"/>
            <w:u w:val="single"/>
            <w:sz w:val="14"/>
          </w:rPr>
          <w:t>Source: Wikipedia — Eucalyptus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Eucalyptus spp.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nilgiri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Many eucalyptus leaves contain cineole-rich oils, but eucalyptus is a large genus with species adapted to very different habitats.</w:t>
            </w:r>
          </w:p>
        </w:tc>
      </w:tr>
    </w:tbl>
    <w:p>
      <w:pPr>
        <w:pStyle w:val="Heading2"/>
        <w:keepNext/>
        <w:jc w:val="center"/>
      </w:pPr>
      <w:r>
        <w:t>Teak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.jpg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48">
        <w:r>
          <w:rPr>
            <w:color w:val="666666"/>
            <w:u w:val="single"/>
            <w:sz w:val="14"/>
          </w:rPr>
          <w:t>Source: Wikipedia — Teak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Tectona grandis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sagwan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Teak wood is durable partly because its natural oils help resist moisture, fungi and many insects.</w:t>
            </w:r>
          </w:p>
        </w:tc>
      </w:tr>
    </w:tbl>
    <w:p>
      <w:pPr>
        <w:pStyle w:val="Heading2"/>
        <w:keepNext/>
        <w:jc w:val="center"/>
      </w:pPr>
      <w:r>
        <w:t>Sandalwood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16228" cy="3017519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.jpg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21622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50">
        <w:r>
          <w:rPr>
            <w:color w:val="666666"/>
            <w:u w:val="single"/>
            <w:sz w:val="14"/>
          </w:rPr>
          <w:t>Source: Wikipedia — Santalum album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Santalum album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chandan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Sandalwood's fragrant heartwood develops slowly; the tree is also a root hemiparasite that draws some resources from neighbouring plants.</w:t>
            </w:r>
          </w:p>
        </w:tc>
      </w:tr>
    </w:tbl>
    <w:p>
      <w:pPr>
        <w:pStyle w:val="Heading2"/>
        <w:keepNext/>
        <w:jc w:val="center"/>
      </w:pPr>
      <w:r>
        <w:t>Money plant (Pothos)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695846" cy="301752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2.jpg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69584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keepNext/>
      </w:pPr>
      <w:hyperlink r:id="rId152">
        <w:r>
          <w:rPr>
            <w:color w:val="666666"/>
            <w:u w:val="single"/>
            <w:sz w:val="14"/>
          </w:rPr>
          <w:t>Source: Wikipedia — Epipremnum aureum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Epipremnum aureum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money plant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Pothos can grow in water, but long-term growth still requires nutrients; its tissues contain irritating calcium oxalate crystals.</w:t>
            </w:r>
          </w:p>
        </w:tc>
      </w:tr>
    </w:tbl>
    <w:p>
      <w:pPr>
        <w:pStyle w:val="Heading2"/>
        <w:keepNext/>
        <w:jc w:val="center"/>
      </w:pPr>
      <w:r>
        <w:t>Snake plant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364480" cy="301752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3.jpg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  <w:keepNext/>
      </w:pPr>
      <w:hyperlink r:id="rId154">
        <w:r>
          <w:rPr>
            <w:color w:val="666666"/>
            <w:u w:val="single"/>
            <w:sz w:val="14"/>
          </w:rPr>
          <w:t>Source: Wikipedia — Dracaena trifasciata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44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Scientific name</w:t>
            </w:r>
          </w:p>
        </w:tc>
        <w:tc>
          <w:tcPr>
            <w:tcW w:type="dxa" w:w="2088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Local name</w:t>
            </w:r>
          </w:p>
        </w:tc>
        <w:tc>
          <w:tcPr>
            <w:tcW w:type="dxa" w:w="4824"/>
            <w:vAlign w:val="center"/>
            <w:shd w:fill="4472C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Dracaena trifasciata</w:t>
            </w:r>
          </w:p>
        </w:tc>
        <w:tc>
          <w:tcPr>
            <w:tcW w:type="dxa" w:w="2088"/>
            <w:vAlign w:val="center"/>
            <w:shd w:fill="F4F7FB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/>
                <w:color w:val="000000"/>
                <w:sz w:val="18"/>
              </w:rPr>
              <w:t>snake plant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Its succulent leaves use CAM photosynthesis, opening their stomata mainly at night to reduce water loss.</w:t>
            </w:r>
          </w:p>
        </w:tc>
      </w:tr>
    </w:tbl>
    <w:sectPr w:rsidR="00FC693F" w:rsidRPr="0006063C" w:rsidSect="00034616">
      <w:pgSz w:w="12240" w:h="15840"/>
      <w:pgMar w:top="605" w:right="893" w:bottom="60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hyperlink" Target="https://en.wikipedia.org/wiki/Mangifera_indica" TargetMode="External"/><Relationship Id="rId11" Type="http://schemas.openxmlformats.org/officeDocument/2006/relationships/image" Target="media/image2.jpg"/><Relationship Id="rId12" Type="http://schemas.openxmlformats.org/officeDocument/2006/relationships/hyperlink" Target="https://en.wikipedia.org/wiki/Azadirachta_indica" TargetMode="External"/><Relationship Id="rId13" Type="http://schemas.openxmlformats.org/officeDocument/2006/relationships/image" Target="media/image3.jpg"/><Relationship Id="rId14" Type="http://schemas.openxmlformats.org/officeDocument/2006/relationships/hyperlink" Target="https://en.wikipedia.org/wiki/Ficus_benghalensis" TargetMode="External"/><Relationship Id="rId15" Type="http://schemas.openxmlformats.org/officeDocument/2006/relationships/image" Target="media/image4.jpg"/><Relationship Id="rId16" Type="http://schemas.openxmlformats.org/officeDocument/2006/relationships/hyperlink" Target="https://en.wikipedia.org/wiki/Ficus_religiosa" TargetMode="External"/><Relationship Id="rId17" Type="http://schemas.openxmlformats.org/officeDocument/2006/relationships/image" Target="media/image5.jpg"/><Relationship Id="rId18" Type="http://schemas.openxmlformats.org/officeDocument/2006/relationships/hyperlink" Target="https://en.wikipedia.org/wiki/Ocimum_tenuiflorum" TargetMode="External"/><Relationship Id="rId19" Type="http://schemas.openxmlformats.org/officeDocument/2006/relationships/image" Target="media/image6.jpg"/><Relationship Id="rId20" Type="http://schemas.openxmlformats.org/officeDocument/2006/relationships/hyperlink" Target="https://en.wikipedia.org/wiki/Aloe_vera" TargetMode="External"/><Relationship Id="rId21" Type="http://schemas.openxmlformats.org/officeDocument/2006/relationships/image" Target="media/image7.jpg"/><Relationship Id="rId22" Type="http://schemas.openxmlformats.org/officeDocument/2006/relationships/hyperlink" Target="https://en.wikipedia.org/wiki/Hibiscus_%C3%97_rosa-sinensis" TargetMode="External"/><Relationship Id="rId23" Type="http://schemas.openxmlformats.org/officeDocument/2006/relationships/image" Target="media/image8.jpg"/><Relationship Id="rId24" Type="http://schemas.openxmlformats.org/officeDocument/2006/relationships/hyperlink" Target="https://en.wikipedia.org/wiki/Rose" TargetMode="External"/><Relationship Id="rId25" Type="http://schemas.openxmlformats.org/officeDocument/2006/relationships/image" Target="media/image9.jpg"/><Relationship Id="rId26" Type="http://schemas.openxmlformats.org/officeDocument/2006/relationships/hyperlink" Target="https://en.wikipedia.org/wiki/Jasminum_sambac" TargetMode="External"/><Relationship Id="rId27" Type="http://schemas.openxmlformats.org/officeDocument/2006/relationships/image" Target="media/image10.jpg"/><Relationship Id="rId28" Type="http://schemas.openxmlformats.org/officeDocument/2006/relationships/hyperlink" Target="https://en.wikipedia.org/wiki/Tagetes_erecta" TargetMode="External"/><Relationship Id="rId29" Type="http://schemas.openxmlformats.org/officeDocument/2006/relationships/image" Target="media/image11.jpg"/><Relationship Id="rId30" Type="http://schemas.openxmlformats.org/officeDocument/2006/relationships/hyperlink" Target="https://en.wikipedia.org/wiki/Common_sunflower" TargetMode="External"/><Relationship Id="rId31" Type="http://schemas.openxmlformats.org/officeDocument/2006/relationships/image" Target="media/image12.jpg"/><Relationship Id="rId32" Type="http://schemas.openxmlformats.org/officeDocument/2006/relationships/hyperlink" Target="https://en.wikipedia.org/wiki/Nelumbo_nucifera" TargetMode="External"/><Relationship Id="rId33" Type="http://schemas.openxmlformats.org/officeDocument/2006/relationships/image" Target="media/image13.jpg"/><Relationship Id="rId34" Type="http://schemas.openxmlformats.org/officeDocument/2006/relationships/hyperlink" Target="https://en.wikipedia.org/wiki/Nymphaea" TargetMode="External"/><Relationship Id="rId35" Type="http://schemas.openxmlformats.org/officeDocument/2006/relationships/image" Target="media/image14.jpg"/><Relationship Id="rId36" Type="http://schemas.openxmlformats.org/officeDocument/2006/relationships/hyperlink" Target="https://en.wikipedia.org/wiki/Bougainvillea" TargetMode="External"/><Relationship Id="rId37" Type="http://schemas.openxmlformats.org/officeDocument/2006/relationships/image" Target="media/image15.jpg"/><Relationship Id="rId38" Type="http://schemas.openxmlformats.org/officeDocument/2006/relationships/hyperlink" Target="https://en.wikipedia.org/wiki/Ixora_coccinea" TargetMode="External"/><Relationship Id="rId39" Type="http://schemas.openxmlformats.org/officeDocument/2006/relationships/image" Target="media/image16.jpg"/><Relationship Id="rId40" Type="http://schemas.openxmlformats.org/officeDocument/2006/relationships/hyperlink" Target="https://en.wikipedia.org/wiki/Plumeria" TargetMode="External"/><Relationship Id="rId41" Type="http://schemas.openxmlformats.org/officeDocument/2006/relationships/image" Target="media/image17.jpg"/><Relationship Id="rId42" Type="http://schemas.openxmlformats.org/officeDocument/2006/relationships/hyperlink" Target="https://en.wikipedia.org/wiki/Delonix_regia" TargetMode="External"/><Relationship Id="rId43" Type="http://schemas.openxmlformats.org/officeDocument/2006/relationships/image" Target="media/image18.jpg"/><Relationship Id="rId44" Type="http://schemas.openxmlformats.org/officeDocument/2006/relationships/hyperlink" Target="https://en.wikipedia.org/wiki/Saraca_asoca" TargetMode="External"/><Relationship Id="rId45" Type="http://schemas.openxmlformats.org/officeDocument/2006/relationships/image" Target="media/image19.jpg"/><Relationship Id="rId46" Type="http://schemas.openxmlformats.org/officeDocument/2006/relationships/hyperlink" Target="https://en.wikipedia.org/wiki/Curry_tree" TargetMode="External"/><Relationship Id="rId47" Type="http://schemas.openxmlformats.org/officeDocument/2006/relationships/image" Target="media/image20.jpg"/><Relationship Id="rId48" Type="http://schemas.openxmlformats.org/officeDocument/2006/relationships/hyperlink" Target="https://en.wikipedia.org/wiki/Coconut" TargetMode="External"/><Relationship Id="rId49" Type="http://schemas.openxmlformats.org/officeDocument/2006/relationships/image" Target="media/image21.jpg"/><Relationship Id="rId50" Type="http://schemas.openxmlformats.org/officeDocument/2006/relationships/hyperlink" Target="https://en.wikipedia.org/wiki/Banana" TargetMode="External"/><Relationship Id="rId51" Type="http://schemas.openxmlformats.org/officeDocument/2006/relationships/image" Target="media/image22.jpg"/><Relationship Id="rId52" Type="http://schemas.openxmlformats.org/officeDocument/2006/relationships/hyperlink" Target="https://en.wikipedia.org/wiki/Papaya" TargetMode="External"/><Relationship Id="rId53" Type="http://schemas.openxmlformats.org/officeDocument/2006/relationships/image" Target="media/image23.jpg"/><Relationship Id="rId54" Type="http://schemas.openxmlformats.org/officeDocument/2006/relationships/hyperlink" Target="https://en.wikipedia.org/wiki/Psidium_guajava" TargetMode="External"/><Relationship Id="rId55" Type="http://schemas.openxmlformats.org/officeDocument/2006/relationships/image" Target="media/image24.jpg"/><Relationship Id="rId56" Type="http://schemas.openxmlformats.org/officeDocument/2006/relationships/hyperlink" Target="https://en.wikipedia.org/wiki/Pomegranate" TargetMode="External"/><Relationship Id="rId57" Type="http://schemas.openxmlformats.org/officeDocument/2006/relationships/image" Target="media/image25.jpg"/><Relationship Id="rId58" Type="http://schemas.openxmlformats.org/officeDocument/2006/relationships/hyperlink" Target="https://en.wikipedia.org/wiki/Lemon" TargetMode="External"/><Relationship Id="rId59" Type="http://schemas.openxmlformats.org/officeDocument/2006/relationships/image" Target="media/image26.jpg"/><Relationship Id="rId60" Type="http://schemas.openxmlformats.org/officeDocument/2006/relationships/hyperlink" Target="https://en.wikipedia.org/wiki/Citrus_%C3%97_sinensis" TargetMode="External"/><Relationship Id="rId61" Type="http://schemas.openxmlformats.org/officeDocument/2006/relationships/image" Target="media/image27.jpg"/><Relationship Id="rId62" Type="http://schemas.openxmlformats.org/officeDocument/2006/relationships/hyperlink" Target="https://en.wikipedia.org/wiki/Apple" TargetMode="External"/><Relationship Id="rId63" Type="http://schemas.openxmlformats.org/officeDocument/2006/relationships/image" Target="media/image28.jpg"/><Relationship Id="rId64" Type="http://schemas.openxmlformats.org/officeDocument/2006/relationships/hyperlink" Target="https://en.wikipedia.org/wiki/Vitis_vinifera" TargetMode="External"/><Relationship Id="rId65" Type="http://schemas.openxmlformats.org/officeDocument/2006/relationships/image" Target="media/image29.jpg"/><Relationship Id="rId66" Type="http://schemas.openxmlformats.org/officeDocument/2006/relationships/hyperlink" Target="https://en.wikipedia.org/wiki/Strawberry" TargetMode="External"/><Relationship Id="rId67" Type="http://schemas.openxmlformats.org/officeDocument/2006/relationships/image" Target="media/image30.jpg"/><Relationship Id="rId68" Type="http://schemas.openxmlformats.org/officeDocument/2006/relationships/hyperlink" Target="https://en.wikipedia.org/wiki/Pineapple" TargetMode="External"/><Relationship Id="rId69" Type="http://schemas.openxmlformats.org/officeDocument/2006/relationships/image" Target="media/image31.jpg"/><Relationship Id="rId70" Type="http://schemas.openxmlformats.org/officeDocument/2006/relationships/hyperlink" Target="https://en.wikipedia.org/wiki/Watermelon" TargetMode="External"/><Relationship Id="rId71" Type="http://schemas.openxmlformats.org/officeDocument/2006/relationships/image" Target="media/image32.jpg"/><Relationship Id="rId72" Type="http://schemas.openxmlformats.org/officeDocument/2006/relationships/hyperlink" Target="https://en.wikipedia.org/wiki/Tomato" TargetMode="External"/><Relationship Id="rId73" Type="http://schemas.openxmlformats.org/officeDocument/2006/relationships/image" Target="media/image33.jpg"/><Relationship Id="rId74" Type="http://schemas.openxmlformats.org/officeDocument/2006/relationships/hyperlink" Target="https://en.wikipedia.org/wiki/Eggplant" TargetMode="External"/><Relationship Id="rId75" Type="http://schemas.openxmlformats.org/officeDocument/2006/relationships/image" Target="media/image34.jpg"/><Relationship Id="rId76" Type="http://schemas.openxmlformats.org/officeDocument/2006/relationships/hyperlink" Target="https://en.wikipedia.org/wiki/Chili_pepper" TargetMode="External"/><Relationship Id="rId77" Type="http://schemas.openxmlformats.org/officeDocument/2006/relationships/image" Target="media/image35.jpg"/><Relationship Id="rId78" Type="http://schemas.openxmlformats.org/officeDocument/2006/relationships/hyperlink" Target="https://en.wikipedia.org/wiki/Okra" TargetMode="External"/><Relationship Id="rId79" Type="http://schemas.openxmlformats.org/officeDocument/2006/relationships/image" Target="media/image36.jpg"/><Relationship Id="rId80" Type="http://schemas.openxmlformats.org/officeDocument/2006/relationships/hyperlink" Target="https://en.wikipedia.org/wiki/Cucumber" TargetMode="External"/><Relationship Id="rId81" Type="http://schemas.openxmlformats.org/officeDocument/2006/relationships/image" Target="media/image37.jpg"/><Relationship Id="rId82" Type="http://schemas.openxmlformats.org/officeDocument/2006/relationships/hyperlink" Target="https://en.wikipedia.org/wiki/Pumpkin" TargetMode="External"/><Relationship Id="rId83" Type="http://schemas.openxmlformats.org/officeDocument/2006/relationships/image" Target="media/image38.jpg"/><Relationship Id="rId84" Type="http://schemas.openxmlformats.org/officeDocument/2006/relationships/hyperlink" Target="https://en.wikipedia.org/wiki/Calabash" TargetMode="External"/><Relationship Id="rId85" Type="http://schemas.openxmlformats.org/officeDocument/2006/relationships/image" Target="media/image39.jpg"/><Relationship Id="rId86" Type="http://schemas.openxmlformats.org/officeDocument/2006/relationships/hyperlink" Target="https://en.wikipedia.org/wiki/Momordica_charantia" TargetMode="External"/><Relationship Id="rId87" Type="http://schemas.openxmlformats.org/officeDocument/2006/relationships/image" Target="media/image40.jpg"/><Relationship Id="rId88" Type="http://schemas.openxmlformats.org/officeDocument/2006/relationships/hyperlink" Target="https://en.wikipedia.org/wiki/Spinach" TargetMode="External"/><Relationship Id="rId89" Type="http://schemas.openxmlformats.org/officeDocument/2006/relationships/image" Target="media/image41.jpg"/><Relationship Id="rId90" Type="http://schemas.openxmlformats.org/officeDocument/2006/relationships/hyperlink" Target="https://en.wikipedia.org/wiki/Coriander" TargetMode="External"/><Relationship Id="rId91" Type="http://schemas.openxmlformats.org/officeDocument/2006/relationships/image" Target="media/image42.jpg"/><Relationship Id="rId92" Type="http://schemas.openxmlformats.org/officeDocument/2006/relationships/hyperlink" Target="https://en.wikipedia.org/wiki/Mentha" TargetMode="External"/><Relationship Id="rId93" Type="http://schemas.openxmlformats.org/officeDocument/2006/relationships/image" Target="media/image43.jpg"/><Relationship Id="rId94" Type="http://schemas.openxmlformats.org/officeDocument/2006/relationships/hyperlink" Target="https://en.wikipedia.org/wiki/Fenugreek" TargetMode="External"/><Relationship Id="rId95" Type="http://schemas.openxmlformats.org/officeDocument/2006/relationships/image" Target="media/image44.jpg"/><Relationship Id="rId96" Type="http://schemas.openxmlformats.org/officeDocument/2006/relationships/hyperlink" Target="https://en.wikipedia.org/wiki/Brassica_juncea" TargetMode="External"/><Relationship Id="rId97" Type="http://schemas.openxmlformats.org/officeDocument/2006/relationships/image" Target="media/image45.jpg"/><Relationship Id="rId98" Type="http://schemas.openxmlformats.org/officeDocument/2006/relationships/hyperlink" Target="https://en.wikipedia.org/wiki/Ginger" TargetMode="External"/><Relationship Id="rId99" Type="http://schemas.openxmlformats.org/officeDocument/2006/relationships/image" Target="media/image46.jpg"/><Relationship Id="rId100" Type="http://schemas.openxmlformats.org/officeDocument/2006/relationships/hyperlink" Target="https://en.wikipedia.org/wiki/Turmeric" TargetMode="External"/><Relationship Id="rId101" Type="http://schemas.openxmlformats.org/officeDocument/2006/relationships/image" Target="media/image47.jpg"/><Relationship Id="rId102" Type="http://schemas.openxmlformats.org/officeDocument/2006/relationships/hyperlink" Target="https://en.wikipedia.org/wiki/Garlic" TargetMode="External"/><Relationship Id="rId103" Type="http://schemas.openxmlformats.org/officeDocument/2006/relationships/image" Target="media/image48.jpg"/><Relationship Id="rId104" Type="http://schemas.openxmlformats.org/officeDocument/2006/relationships/hyperlink" Target="https://en.wikipedia.org/wiki/Onion" TargetMode="External"/><Relationship Id="rId105" Type="http://schemas.openxmlformats.org/officeDocument/2006/relationships/image" Target="media/image49.jpg"/><Relationship Id="rId106" Type="http://schemas.openxmlformats.org/officeDocument/2006/relationships/hyperlink" Target="https://en.wikipedia.org/wiki/Potato" TargetMode="External"/><Relationship Id="rId107" Type="http://schemas.openxmlformats.org/officeDocument/2006/relationships/image" Target="media/image50.jpg"/><Relationship Id="rId108" Type="http://schemas.openxmlformats.org/officeDocument/2006/relationships/hyperlink" Target="https://en.wikipedia.org/wiki/Sweet_potato" TargetMode="External"/><Relationship Id="rId109" Type="http://schemas.openxmlformats.org/officeDocument/2006/relationships/image" Target="media/image51.jpg"/><Relationship Id="rId110" Type="http://schemas.openxmlformats.org/officeDocument/2006/relationships/hyperlink" Target="https://en.wikipedia.org/wiki/Carrot" TargetMode="External"/><Relationship Id="rId111" Type="http://schemas.openxmlformats.org/officeDocument/2006/relationships/image" Target="media/image52.jpg"/><Relationship Id="rId112" Type="http://schemas.openxmlformats.org/officeDocument/2006/relationships/hyperlink" Target="https://en.wikipedia.org/wiki/Radish" TargetMode="External"/><Relationship Id="rId113" Type="http://schemas.openxmlformats.org/officeDocument/2006/relationships/image" Target="media/image53.jpg"/><Relationship Id="rId114" Type="http://schemas.openxmlformats.org/officeDocument/2006/relationships/hyperlink" Target="https://en.wikipedia.org/wiki/Beetroot" TargetMode="External"/><Relationship Id="rId115" Type="http://schemas.openxmlformats.org/officeDocument/2006/relationships/image" Target="media/image54.jpg"/><Relationship Id="rId116" Type="http://schemas.openxmlformats.org/officeDocument/2006/relationships/hyperlink" Target="https://en.wikipedia.org/wiki/Cabbage" TargetMode="External"/><Relationship Id="rId117" Type="http://schemas.openxmlformats.org/officeDocument/2006/relationships/image" Target="media/image55.jpg"/><Relationship Id="rId118" Type="http://schemas.openxmlformats.org/officeDocument/2006/relationships/hyperlink" Target="https://en.wikipedia.org/wiki/Cauliflower" TargetMode="External"/><Relationship Id="rId119" Type="http://schemas.openxmlformats.org/officeDocument/2006/relationships/image" Target="media/image56.jpg"/><Relationship Id="rId120" Type="http://schemas.openxmlformats.org/officeDocument/2006/relationships/hyperlink" Target="https://en.wikipedia.org/wiki/Broccoli" TargetMode="External"/><Relationship Id="rId121" Type="http://schemas.openxmlformats.org/officeDocument/2006/relationships/image" Target="media/image57.jpg"/><Relationship Id="rId122" Type="http://schemas.openxmlformats.org/officeDocument/2006/relationships/hyperlink" Target="https://en.wikipedia.org/wiki/Pea" TargetMode="External"/><Relationship Id="rId123" Type="http://schemas.openxmlformats.org/officeDocument/2006/relationships/image" Target="media/image58.jpg"/><Relationship Id="rId124" Type="http://schemas.openxmlformats.org/officeDocument/2006/relationships/hyperlink" Target="https://en.wikipedia.org/wiki/Chickpea" TargetMode="External"/><Relationship Id="rId125" Type="http://schemas.openxmlformats.org/officeDocument/2006/relationships/image" Target="media/image59.jpg"/><Relationship Id="rId126" Type="http://schemas.openxmlformats.org/officeDocument/2006/relationships/hyperlink" Target="https://en.wikipedia.org/wiki/Lentil" TargetMode="External"/><Relationship Id="rId127" Type="http://schemas.openxmlformats.org/officeDocument/2006/relationships/image" Target="media/image60.jpg"/><Relationship Id="rId128" Type="http://schemas.openxmlformats.org/officeDocument/2006/relationships/hyperlink" Target="https://en.wikipedia.org/wiki/Soybean" TargetMode="External"/><Relationship Id="rId129" Type="http://schemas.openxmlformats.org/officeDocument/2006/relationships/image" Target="media/image61.jpg"/><Relationship Id="rId130" Type="http://schemas.openxmlformats.org/officeDocument/2006/relationships/hyperlink" Target="https://en.wikipedia.org/wiki/Rice" TargetMode="External"/><Relationship Id="rId131" Type="http://schemas.openxmlformats.org/officeDocument/2006/relationships/image" Target="media/image62.jpg"/><Relationship Id="rId132" Type="http://schemas.openxmlformats.org/officeDocument/2006/relationships/hyperlink" Target="https://en.wikipedia.org/wiki/Wheat" TargetMode="External"/><Relationship Id="rId133" Type="http://schemas.openxmlformats.org/officeDocument/2006/relationships/image" Target="media/image63.jpg"/><Relationship Id="rId134" Type="http://schemas.openxmlformats.org/officeDocument/2006/relationships/hyperlink" Target="https://en.wikipedia.org/wiki/Maize" TargetMode="External"/><Relationship Id="rId135" Type="http://schemas.openxmlformats.org/officeDocument/2006/relationships/image" Target="media/image64.jpg"/><Relationship Id="rId136" Type="http://schemas.openxmlformats.org/officeDocument/2006/relationships/hyperlink" Target="https://en.wikipedia.org/wiki/Sugarcane" TargetMode="External"/><Relationship Id="rId137" Type="http://schemas.openxmlformats.org/officeDocument/2006/relationships/image" Target="media/image65.jpg"/><Relationship Id="rId138" Type="http://schemas.openxmlformats.org/officeDocument/2006/relationships/hyperlink" Target="https://en.wikipedia.org/wiki/Cotton" TargetMode="External"/><Relationship Id="rId139" Type="http://schemas.openxmlformats.org/officeDocument/2006/relationships/image" Target="media/image66.jpg"/><Relationship Id="rId140" Type="http://schemas.openxmlformats.org/officeDocument/2006/relationships/hyperlink" Target="https://en.wikipedia.org/wiki/Camellia_sinensis" TargetMode="External"/><Relationship Id="rId141" Type="http://schemas.openxmlformats.org/officeDocument/2006/relationships/image" Target="media/image67.jpg"/><Relationship Id="rId142" Type="http://schemas.openxmlformats.org/officeDocument/2006/relationships/hyperlink" Target="https://en.wikipedia.org/wiki/Coffea" TargetMode="External"/><Relationship Id="rId143" Type="http://schemas.openxmlformats.org/officeDocument/2006/relationships/image" Target="media/image68.jpg"/><Relationship Id="rId144" Type="http://schemas.openxmlformats.org/officeDocument/2006/relationships/hyperlink" Target="https://en.wikipedia.org/wiki/Bamboo" TargetMode="External"/><Relationship Id="rId145" Type="http://schemas.openxmlformats.org/officeDocument/2006/relationships/image" Target="media/image69.jpg"/><Relationship Id="rId146" Type="http://schemas.openxmlformats.org/officeDocument/2006/relationships/hyperlink" Target="https://en.wikipedia.org/wiki/Eucalyptus" TargetMode="External"/><Relationship Id="rId147" Type="http://schemas.openxmlformats.org/officeDocument/2006/relationships/image" Target="media/image70.jpg"/><Relationship Id="rId148" Type="http://schemas.openxmlformats.org/officeDocument/2006/relationships/hyperlink" Target="https://en.wikipedia.org/wiki/Teak" TargetMode="External"/><Relationship Id="rId149" Type="http://schemas.openxmlformats.org/officeDocument/2006/relationships/image" Target="media/image71.jpg"/><Relationship Id="rId150" Type="http://schemas.openxmlformats.org/officeDocument/2006/relationships/hyperlink" Target="https://en.wikipedia.org/wiki/Santalum_album" TargetMode="External"/><Relationship Id="rId151" Type="http://schemas.openxmlformats.org/officeDocument/2006/relationships/image" Target="media/image72.jpg"/><Relationship Id="rId152" Type="http://schemas.openxmlformats.org/officeDocument/2006/relationships/hyperlink" Target="https://en.wikipedia.org/wiki/Epipremnum_aureum" TargetMode="External"/><Relationship Id="rId153" Type="http://schemas.openxmlformats.org/officeDocument/2006/relationships/image" Target="media/image73.jpg"/><Relationship Id="rId154" Type="http://schemas.openxmlformats.org/officeDocument/2006/relationships/hyperlink" Target="https://en.wikipedia.org/wiki/Dracaena_trifasci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Plants with Scientific Names and Interesting Facts</dc:title>
  <dc:subject>Plant identification reference</dc:subject>
  <dc:creator>Anand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