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keepNext/>
        <w:jc w:val="center"/>
      </w:pPr>
      <w:r>
        <w:t>Mango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0">
        <w:r>
          <w:rPr>
            <w:color w:val="666666"/>
            <w:u w:val="single"/>
            <w:sz w:val="14"/>
          </w:rPr>
          <w:t>Source: Wikipedia — Mangifera indica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Mangifera indica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Aam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Maanga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India's national fruit; a single tree can fruit for over 300 years, and India grows about half the world's mangoes.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Neem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">
        <w:r>
          <w:rPr>
            <w:color w:val="666666"/>
            <w:u w:val="single"/>
            <w:sz w:val="14"/>
          </w:rPr>
          <w:t>Source: Wikipedia — Azadirachta indica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Azadirachta indica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Neem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Vembu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seeds yield azadirachtin, a natural insecticide; twigs have been used as toothbrushes for centuries.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Banyan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4">
        <w:r>
          <w:rPr>
            <w:color w:val="666666"/>
            <w:u w:val="single"/>
            <w:sz w:val="14"/>
          </w:rPr>
          <w:t>Source: Wikipedia — Ficus benghalensis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Ficus benghalensis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Bargad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Aalamaram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India's national tree; its aerial prop roots become new trunks, letting one tree spread over hectares (Kolkata's Great Banyan).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Peepal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81374" cy="30175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137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6">
        <w:r>
          <w:rPr>
            <w:color w:val="666666"/>
            <w:u w:val="single"/>
            <w:sz w:val="14"/>
          </w:rPr>
          <w:t>Source: Wikipedia — Ficus religiosa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Ficus religiosa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Peepal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Arasamaram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Bodhi tree under which the Buddha attained enlightenment; its leaves have a distinctive long 'drip tip'.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Tulsi (Holy basil)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8">
        <w:r>
          <w:rPr>
            <w:color w:val="666666"/>
            <w:u w:val="single"/>
            <w:sz w:val="14"/>
          </w:rPr>
          <w:t>Source: Wikipedia — Ocimum tenuiflorum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Ocimum tenuiflorum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Tulsi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Thulasi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Worshipped in many Hindu homes; its clove-like scent comes from eugenol, and it is widely used in Ayurvedic teas.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Aloe vera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7555" cy="30175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75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0">
        <w:r>
          <w:rPr>
            <w:color w:val="666666"/>
            <w:u w:val="single"/>
            <w:sz w:val="14"/>
          </w:rPr>
          <w:t>Source: Wikipedia — Aloe vera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Aloe vera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Ghritkumari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Katraazhai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succulent storing water in gel-filled leaves; uses CAM photosynthesis, opening its pores only at night.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Hibiscus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122119" cy="30175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2211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22">
        <w:r>
          <w:rPr>
            <w:color w:val="666666"/>
            <w:u w:val="single"/>
            <w:sz w:val="14"/>
          </w:rPr>
          <w:t>Source: Wikipedia — Hibiscus × rosa-sinensis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Hibiscus × rosa-sinensis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Gudhal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Semparuthi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National flower of Malaysia; petals are used as a hair tonic and to dye food and shoe polish.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Rose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49869" cy="30175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986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4">
        <w:r>
          <w:rPr>
            <w:color w:val="666666"/>
            <w:u w:val="single"/>
            <w:sz w:val="14"/>
          </w:rPr>
          <w:t>Source: Wikipedia — Rose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Rosa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Gulab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Roja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'thorns' are technically prickles; rose oil (attar) takes thousands of kilos of petals per kilo of oil.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Jasmine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26">
        <w:r>
          <w:rPr>
            <w:color w:val="666666"/>
            <w:u w:val="single"/>
            <w:sz w:val="14"/>
          </w:rPr>
          <w:t>Source: Wikipedia — Jasminum sambac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Jasminum sambac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Mogra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Malli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National flower of the Philippines; Madurai malli has a GI tag, and flowers open and release scent at night.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Marigold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39" cy="30175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313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28">
        <w:r>
          <w:rPr>
            <w:color w:val="666666"/>
            <w:u w:val="single"/>
            <w:sz w:val="14"/>
          </w:rPr>
          <w:t>Source: Wikipedia — Tagetes erecta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Tagetes erecta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Genda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Samandhi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Native to Mexico despite its ubiquity in Indian garlands; its roots suppress soil nematodes.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Sunflower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24820" cy="30175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482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30">
        <w:r>
          <w:rPr>
            <w:color w:val="666666"/>
            <w:u w:val="single"/>
            <w:sz w:val="14"/>
          </w:rPr>
          <w:t>Source: Wikipedia — Common sunflower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Helianthus annuus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Surajmukhi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Sooriyagandhi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Young buds track the sun (heliotropism), but mature heads stay facing east; seeds spiral in Fibonacci patterns.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Lotus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292114" cy="301752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921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32">
        <w:r>
          <w:rPr>
            <w:color w:val="666666"/>
            <w:u w:val="single"/>
            <w:sz w:val="14"/>
          </w:rPr>
          <w:t>Source: Wikipedia — Nelumbo nucifera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Nelumbo nucifera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Kamal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Thamarai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India's national flower; its leaves self-clean via the 'lotus effect', and seeds over 1,000 years old have germinated.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Water lily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34">
        <w:r>
          <w:rPr>
            <w:color w:val="666666"/>
            <w:u w:val="single"/>
            <w:sz w:val="14"/>
          </w:rPr>
          <w:t>Source: Wikipedia — Nymphaea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Nymphaea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Kumudini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Alli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National flower of Bangladesh; unlike lotus, its leaves float flat on the water and have a slit.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Bougainvillea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36">
        <w:r>
          <w:rPr>
            <w:color w:val="666666"/>
            <w:u w:val="single"/>
            <w:sz w:val="14"/>
          </w:rPr>
          <w:t>Source: Wikipedia — Bougainvillea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Bougainvillea spectabilis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Baganbilas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Kaagithapoo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colourful 'petals' are papery bracts; the real flowers are tiny white tubes inside.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Ixora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06914" cy="30175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069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38">
        <w:r>
          <w:rPr>
            <w:color w:val="666666"/>
            <w:u w:val="single"/>
            <w:sz w:val="14"/>
          </w:rPr>
          <w:t>Source: Wikipedia — Ixora coccinea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Ixora coccinea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Rugmini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Vetchi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tubular clusters are a favourite nectar source for butterflies; flowers are used in temple offerings.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Frangipani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0">
        <w:r>
          <w:rPr>
            <w:color w:val="666666"/>
            <w:u w:val="single"/>
            <w:sz w:val="14"/>
          </w:rPr>
          <w:t>Source: Wikipedia — Plumeria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Plumeria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Champa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Perungalli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flowers have no nectar; they fool moths with scent at night. Often planted near temples.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Gulmohar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42">
        <w:r>
          <w:rPr>
            <w:color w:val="666666"/>
            <w:u w:val="single"/>
            <w:sz w:val="14"/>
          </w:rPr>
          <w:t>Source: Wikipedia — Delonix regia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Delonix regia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Gulmohar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Mayilkondrai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Native to Madagascar, where it is endangered in the wild, yet it blazes red across Indian summers.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Ashoka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665476" cy="30175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4">
        <w:r>
          <w:rPr>
            <w:color w:val="666666"/>
            <w:u w:val="single"/>
            <w:sz w:val="14"/>
          </w:rPr>
          <w:t>Source: Wikipedia — Saraca asoca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Saraca asoca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Ashok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Asogam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Sacred in Hindu and Buddhist tradition (the Buddha was born under one); often confused with the tall mast tree Polyalthia.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Curry tree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46">
        <w:r>
          <w:rPr>
            <w:color w:val="666666"/>
            <w:u w:val="single"/>
            <w:sz w:val="14"/>
          </w:rPr>
          <w:t>Source: Wikipedia — Curry tree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Murraya koenigii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Kadi patta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Karuveppilai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leaves are essential to South Indian tempering; it's a citrus relative, and the berries are edible but seeds are toxic.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Coconut palm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15703" cy="30175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15703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48">
        <w:r>
          <w:rPr>
            <w:color w:val="666666"/>
            <w:u w:val="single"/>
            <w:sz w:val="14"/>
          </w:rPr>
          <w:t>Source: Wikipedia — Coconut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Cocos nucifera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Nariyal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Thennai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Called kalpavriksha, the 'tree of life', since every part is used; the fruit is a drupe, not a true nut.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Banana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84073" cy="30175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840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50">
        <w:r>
          <w:rPr>
            <w:color w:val="666666"/>
            <w:u w:val="single"/>
            <w:sz w:val="14"/>
          </w:rPr>
          <w:t>Source: Wikipedia — Banana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Musa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Kela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Vaazhai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plant is a giant herb, not a tree; the fruit is botanically a berry, and India is the largest producer.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Papaya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36404" cy="30175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3640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52">
        <w:r>
          <w:rPr>
            <w:color w:val="666666"/>
            <w:u w:val="single"/>
            <w:sz w:val="14"/>
          </w:rPr>
          <w:t>Source: Wikipedia — Papaya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Carica papaya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Papita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Pappaali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latex contains papain, used to tenderise meat; plants can be male, female, or bisexual.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Guava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923222" cy="30175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23222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54">
        <w:r>
          <w:rPr>
            <w:color w:val="666666"/>
            <w:u w:val="single"/>
            <w:sz w:val="14"/>
          </w:rPr>
          <w:t>Source: Wikipedia — Psidium guajava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Psidium guajava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Amrood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Koyya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Among the richest fruit sources of vitamin C, with several times that of an orange.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Pomegranate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54747" cy="301752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5474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56">
        <w:r>
          <w:rPr>
            <w:color w:val="666666"/>
            <w:u w:val="single"/>
            <w:sz w:val="14"/>
          </w:rPr>
          <w:t>Source: Wikipedia — Pomegranate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Punica granatum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Anaar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Maadhulai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Each juicy seed casing is called an aril; one fruit can hold 600+ of them.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Lemon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58">
        <w:r>
          <w:rPr>
            <w:color w:val="666666"/>
            <w:u w:val="single"/>
            <w:sz w:val="14"/>
          </w:rPr>
          <w:t>Source: Wikipedia — Lemon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Citrus limon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Nimbu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Elumichai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Likely a hybrid of bitter orange and citron; in India lemon and chillies are hung to ward off the evil eye.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Sweet orange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26574" cy="30175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65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0">
        <w:r>
          <w:rPr>
            <w:color w:val="666666"/>
            <w:u w:val="single"/>
            <w:sz w:val="14"/>
          </w:rPr>
          <w:t>Source: Wikipedia — Citrus × sinensis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Citrus × sinensis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Santra / Mosambi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Aarenju / Saathukudi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hybrid of pomelo and mandarin; Nagpur is called 'Orange City'. Green oranges are often fully ripe.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0307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0307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62">
        <w:r>
          <w:rPr>
            <w:color w:val="666666"/>
            <w:u w:val="single"/>
            <w:sz w:val="14"/>
          </w:rPr>
          <w:t>Source: Wikipedia — Apple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Malus domestica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Seb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Aappil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Descends from wild apples of Kazakhstan's Tian Shan; seeds don't grow true, so varieties are grafted.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Grapevine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06758" cy="30175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067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4">
        <w:r>
          <w:rPr>
            <w:color w:val="666666"/>
            <w:u w:val="single"/>
            <w:sz w:val="14"/>
          </w:rPr>
          <w:t>Source: Wikipedia — Vitis vinifera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Vitis vinifera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Angoor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Thiraatchai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Nashik is India's wine and grape capital; grapes do not ripen further after picking.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Strawberry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66">
        <w:r>
          <w:rPr>
            <w:color w:val="666666"/>
            <w:u w:val="single"/>
            <w:sz w:val="14"/>
          </w:rPr>
          <w:t>Source: Wikipedia — Strawberry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Fragaria × ananassa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Strawberry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Strawberry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Not a true berry: the 'seeds' outside are the actual fruits (achenes). Mahabaleshwar is India's strawberry hub.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Pineapple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497658" cy="301752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976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68">
        <w:r>
          <w:rPr>
            <w:color w:val="666666"/>
            <w:u w:val="single"/>
            <w:sz w:val="14"/>
          </w:rPr>
          <w:t>Source: Wikipedia — Pineapple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Ananas comosus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Ananas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Annaasi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composite fruit formed from fused berries; its bromelain enzyme digests proteins, making tongues tingle.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Watermelon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70">
        <w:r>
          <w:rPr>
            <w:color w:val="666666"/>
            <w:u w:val="single"/>
            <w:sz w:val="14"/>
          </w:rPr>
          <w:t>Source: Wikipedia — Watermelon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Citrullus lanatus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Tarbooz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Tharboosani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About 92% water; originated in Africa, where wild forms are bitter.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Tomato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627059" cy="30175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2705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72">
        <w:r>
          <w:rPr>
            <w:color w:val="666666"/>
            <w:u w:val="single"/>
            <w:sz w:val="14"/>
          </w:rPr>
          <w:t>Source: Wikipedia — Tomato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Solanum lycopersicum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Tamatar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Thakkaali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New World fruit that reached India only in the 16th–17th century; once feared in Europe as poisonous.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Eggplant (Brinjal)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764048" cy="301752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40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74">
        <w:r>
          <w:rPr>
            <w:color w:val="666666"/>
            <w:u w:val="single"/>
            <w:sz w:val="14"/>
          </w:rPr>
          <w:t>Source: Wikipedia — Eggplant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Solanum melongena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Baingan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Kathirikkai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Domesticated in India; Bt brinjal became a landmark GM debate, and is under moratorium in India since 2010.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Chili pepper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76">
        <w:r>
          <w:rPr>
            <w:color w:val="666666"/>
            <w:u w:val="single"/>
            <w:sz w:val="14"/>
          </w:rPr>
          <w:t>Source: Wikipedia — Chili pepper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Capsicum annuum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Mirch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Milagai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Arrived in India with the Portuguese; capsaicin deters mammals but not birds, which spread the seeds.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Okra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78">
        <w:r>
          <w:rPr>
            <w:color w:val="666666"/>
            <w:u w:val="single"/>
            <w:sz w:val="14"/>
          </w:rPr>
          <w:t>Source: Wikipedia — Okra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Abelmoschus esculentus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Bhindi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Vendaikkai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Called 'lady's finger'; its mucilage thickens soups like gumbo, and it's a hibiscus relative.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Cucumber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103211" cy="301751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03211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0">
        <w:r>
          <w:rPr>
            <w:color w:val="666666"/>
            <w:u w:val="single"/>
            <w:sz w:val="14"/>
          </w:rPr>
          <w:t>Source: Wikipedia — Cucumber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Cucumis sativus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Kheera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Vellarikkai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Native to the Himalayan foothills; botanically a fruit, and about 95% water.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Pumpkin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82">
        <w:r>
          <w:rPr>
            <w:color w:val="666666"/>
            <w:u w:val="single"/>
            <w:sz w:val="14"/>
          </w:rPr>
          <w:t>Source: Wikipedia — Pumpkin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Cucurbita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Kaddu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Parangikkai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New World squash; the heaviest recorded pumpkins exceed 1,200 kg.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Bottle gourd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59" cy="301751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4">
        <w:r>
          <w:rPr>
            <w:color w:val="666666"/>
            <w:u w:val="single"/>
            <w:sz w:val="14"/>
          </w:rPr>
          <w:t>Source: Wikipedia — Calabash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Lagenaria siceraria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Lauki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Suraikkai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One of the first cultivated plants; dried gourds are used as water bottles and in instruments like the sitar.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Bitter melon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54931" cy="301752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54931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86">
        <w:r>
          <w:rPr>
            <w:color w:val="666666"/>
            <w:u w:val="single"/>
            <w:sz w:val="14"/>
          </w:rPr>
          <w:t>Source: Wikipedia — Momordica charantia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Momordica charantia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Karela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Paavakkai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Among the most bitter vegetables; contains charantin and is studied for lowering blood sugar.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Spinach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3575" cy="301752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1357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88">
        <w:r>
          <w:rPr>
            <w:color w:val="666666"/>
            <w:u w:val="single"/>
            <w:sz w:val="14"/>
          </w:rPr>
          <w:t>Source: Wikipedia — Spinach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Spinacia oleracea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Palak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Pasalai keerai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iron is famously overstated (a decimal-error myth), and oxalates limit absorption.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Coriander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95666" cy="301751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95666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90">
        <w:r>
          <w:rPr>
            <w:color w:val="666666"/>
            <w:u w:val="single"/>
            <w:sz w:val="14"/>
          </w:rPr>
          <w:t>Source: Wikipedia — Coriander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Coriandrum sativum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Dhaniya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Kothamalli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Leaves taste soapy to some people due to a gene variant (OR6A2) sensing aldehydes.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Mint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92">
        <w:r>
          <w:rPr>
            <w:color w:val="666666"/>
            <w:u w:val="single"/>
            <w:sz w:val="14"/>
          </w:rPr>
          <w:t>Source: Wikipedia — Mentha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Mentha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Pudina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Pudhina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Spreads aggressively through runners; menthol triggers cold-sensing receptors without lowering temperature.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Fenugreek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8617" cy="301752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2861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94">
        <w:r>
          <w:rPr>
            <w:color w:val="666666"/>
            <w:u w:val="single"/>
            <w:sz w:val="14"/>
          </w:rPr>
          <w:t>Source: Wikipedia — Fenugreek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Trigonella foenum-graecum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Methi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Vendhayam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Seeds contain sotolon, which smells like maple syrup and can even scent sweat.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Mustard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80374" cy="3017519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803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96">
        <w:r>
          <w:rPr>
            <w:color w:val="666666"/>
            <w:u w:val="single"/>
            <w:sz w:val="14"/>
          </w:rPr>
          <w:t>Source: Wikipedia — Brassica juncea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Brassica juncea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Sarson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Kadugu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Yellow fields of sarson define Punjab's winter; its seeds power the tadka and mustard oil.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Ginger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317455" cy="301752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174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98">
        <w:r>
          <w:rPr>
            <w:color w:val="666666"/>
            <w:u w:val="single"/>
            <w:sz w:val="14"/>
          </w:rPr>
          <w:t>Source: Wikipedia — Ginger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Zingiber officinale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Adrak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Inji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'root' is a rhizome (underground stem); dried ginger is called sonth / chukku.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Turmeric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9668" cy="301752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0966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0">
        <w:r>
          <w:rPr>
            <w:color w:val="666666"/>
            <w:u w:val="single"/>
            <w:sz w:val="14"/>
          </w:rPr>
          <w:t>Source: Wikipedia — Turmeric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Curcuma longa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Haldi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Manjal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curcumin gives the colour; famously subject of a 1990s patent revoked on Indian traditional knowledge.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Garlic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824385" cy="301751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24385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02">
        <w:r>
          <w:rPr>
            <w:color w:val="666666"/>
            <w:u w:val="single"/>
            <w:sz w:val="14"/>
          </w:rPr>
          <w:t>Source: Wikipedia — Garlic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Allium sativum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Lehsun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Poondu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Allicin forms only when cloves are crushed, which is why chopped garlic smells stronger.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Onion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4">
        <w:r>
          <w:rPr>
            <w:color w:val="666666"/>
            <w:u w:val="single"/>
            <w:sz w:val="14"/>
          </w:rPr>
          <w:t>Source: Wikipedia — Onion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Allium cepa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Pyaaz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Vengaayam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Cutting releases syn-propanethial-S-oxide, the gas that stings eyes; onion prices can sway Indian elections.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642338" cy="301752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.jp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64233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06">
        <w:r>
          <w:rPr>
            <w:color w:val="666666"/>
            <w:u w:val="single"/>
            <w:sz w:val="14"/>
          </w:rPr>
          <w:t>Source: Wikipedia — Potato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Solanum tuberosum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Aloo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Urulaikizhangu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Domesticated in the Andes; green patches contain toxic solanine. India is the second-largest producer.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Sweet potato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19173" cy="301752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.jp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0191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08">
        <w:r>
          <w:rPr>
            <w:color w:val="666666"/>
            <w:u w:val="single"/>
            <w:sz w:val="14"/>
          </w:rPr>
          <w:t>Source: Wikipedia — Sweet potato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Ipomoea batatas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Shakarkand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Sakkaraivalli kizhangu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morning-glory relative, not related to potato; its genome carries genes naturally transferred from bacteria.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Carrot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20145" cy="301752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2014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10">
        <w:r>
          <w:rPr>
            <w:color w:val="666666"/>
            <w:u w:val="single"/>
            <w:sz w:val="14"/>
          </w:rPr>
          <w:t>Source: Wikipedia — Carrot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Daucus carota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Gajar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Carrot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Early carrots were purple or yellow; the Delhi red carrot makes winter gajar halwa.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Radish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.jp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12">
        <w:r>
          <w:rPr>
            <w:color w:val="666666"/>
            <w:u w:val="single"/>
            <w:sz w:val="14"/>
          </w:rPr>
          <w:t>Source: Wikipedia — Radish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Raphanus sativus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Mooli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Mullangi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Can be harvested in under a month; its pungency comes from glucosinolates.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Beetroot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.jp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14">
        <w:r>
          <w:rPr>
            <w:color w:val="666666"/>
            <w:u w:val="single"/>
            <w:sz w:val="14"/>
          </w:rPr>
          <w:t>Source: Wikipedia — Beetroot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Beta vulgaris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Chukandar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Beetroot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Betanin pigment can turn urine pink (beeturia); the same species gives us sugar beet.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Cabbage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989320" cy="2699873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.jp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99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16">
        <w:r>
          <w:rPr>
            <w:color w:val="666666"/>
            <w:u w:val="single"/>
            <w:sz w:val="14"/>
          </w:rPr>
          <w:t>Source: Wikipedia — Cabbage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Brassica oleracea var. capitata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Patta gobhi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Muttaikose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Cabbage, cauliflower, broccoli and kale are all the same species, bred for different parts.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Cauliflower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.jp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18">
        <w:r>
          <w:rPr>
            <w:color w:val="666666"/>
            <w:u w:val="single"/>
            <w:sz w:val="14"/>
          </w:rPr>
          <w:t>Source: Wikipedia — Cauliflower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Brassica oleracea var. botrytis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Phool gobhi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Pookkosu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head is a mass of arrested flower buds; Romanesco variants show striking fractal spirals.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Broccoli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2746" cy="301752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227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0">
        <w:r>
          <w:rPr>
            <w:color w:val="666666"/>
            <w:u w:val="single"/>
            <w:sz w:val="14"/>
          </w:rPr>
          <w:t>Source: Wikipedia — Broccoli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Brassica oleracea var. italica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Hari gobhi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Brokkoli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Bred from wild cabbage in Italy; rich in sulforaphane.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3494288" cy="301752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49428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22">
        <w:r>
          <w:rPr>
            <w:color w:val="666666"/>
            <w:u w:val="single"/>
            <w:sz w:val="14"/>
          </w:rPr>
          <w:t>Source: Wikipedia — Pea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Pisum sativum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Matar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Pattaani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Gregor Mendel's pea experiments founded modern genetics.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Chickpea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.jp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4">
        <w:r>
          <w:rPr>
            <w:color w:val="666666"/>
            <w:u w:val="single"/>
            <w:sz w:val="14"/>
          </w:rPr>
          <w:t>Source: Wikipedia — Chickpea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Cicer arietinum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Chana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Kondakadalai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India produces ~70% of the world's chickpeas; as a legume it fixes nitrogen in soil.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Lentil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262160" cy="301752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.jp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21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26">
        <w:r>
          <w:rPr>
            <w:color w:val="666666"/>
            <w:u w:val="single"/>
            <w:sz w:val="14"/>
          </w:rPr>
          <w:t>Source: Wikipedia — Lentil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Lens culinaris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Masoor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Masoor paruppu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Among the oldest domesticated crops (~9,000 years); the optical 'lens' is named after its shape.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Soybean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030717" cy="301751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.jp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30717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28">
        <w:r>
          <w:rPr>
            <w:color w:val="666666"/>
            <w:u w:val="single"/>
            <w:sz w:val="14"/>
          </w:rPr>
          <w:t>Source: Wikipedia — Soybean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Glycine max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Soyabean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Soya mochai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About 40% protein; Madhya Pradesh is called India's 'Soya State'.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Rice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.jp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30">
        <w:r>
          <w:rPr>
            <w:color w:val="666666"/>
            <w:u w:val="single"/>
            <w:sz w:val="14"/>
          </w:rPr>
          <w:t>Source: Wikipedia — Rice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Oryza sativa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Chawal / Dhaan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Nel / Arisi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Feeds over half of humanity; its hollow stems let air reach roots in flooded paddies.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Wheat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.jp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32">
        <w:r>
          <w:rPr>
            <w:color w:val="666666"/>
            <w:u w:val="single"/>
            <w:sz w:val="14"/>
          </w:rPr>
          <w:t>Source: Wikipedia — Wheat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Triticum aestivum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Gehun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Godhumai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Bread wheat is a hexaploid hybrid of three grass species; dwarf varieties drove India's Green Revolution.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Maize (Corn)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4880" cy="301752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.jp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34">
        <w:r>
          <w:rPr>
            <w:color w:val="666666"/>
            <w:u w:val="single"/>
            <w:sz w:val="14"/>
          </w:rPr>
          <w:t>Source: Wikipedia — Maize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Zea mays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Makka / Bhutta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Makkaacholam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Domesticated from teosinte in Mexico; each silk strand connects to one kernel.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Sugarcane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.jp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36">
        <w:r>
          <w:rPr>
            <w:color w:val="666666"/>
            <w:u w:val="single"/>
            <w:sz w:val="14"/>
          </w:rPr>
          <w:t>Source: Wikipedia — Sugarcane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Saccharum officinarum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Ganna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Karumbu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India pioneered crystallised sugar (khanda, the root of 'candy'); it uses efficient C4 photosynthesis.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Cotton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225848" cy="301752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.jp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2258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38">
        <w:r>
          <w:rPr>
            <w:color w:val="666666"/>
            <w:u w:val="single"/>
            <w:sz w:val="14"/>
          </w:rPr>
          <w:t>Source: Wikipedia — Cotton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Gossypium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Kapas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Paruthi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The Indus Valley spun cotton ~5,000 years ago; each fibre is a single seed-hair cell.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Tea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.jp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0">
        <w:r>
          <w:rPr>
            <w:color w:val="666666"/>
            <w:u w:val="single"/>
            <w:sz w:val="14"/>
          </w:rPr>
          <w:t>Source: Wikipedia — Camellia sinensis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Camellia sinensis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Chai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Theyilai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Assam hosts a native variety (assamica); green, black and white tea all come from this one species.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Coffee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.jp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42">
        <w:r>
          <w:rPr>
            <w:color w:val="666666"/>
            <w:u w:val="single"/>
            <w:sz w:val="14"/>
          </w:rPr>
          <w:t>Source: Wikipedia — Coffea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Coffea arabica / C. canephora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Coffee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Kaapi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Legend says Baba Budan smuggled 7 beans from Yemen to Chikmagalur in the 1600s.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Bamboo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.jp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4">
        <w:r>
          <w:rPr>
            <w:color w:val="666666"/>
            <w:u w:val="single"/>
            <w:sz w:val="14"/>
          </w:rPr>
          <w:t>Source: Wikipedia — Bamboo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Bambusoideae (subfamily)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Baans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Moongil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grass, not a tree; some species grow ~90 cm a day and flower in synchronized mass events decades apart.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Eucalyptus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768426" cy="301752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.jp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76842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46">
        <w:r>
          <w:rPr>
            <w:color w:val="666666"/>
            <w:u w:val="single"/>
            <w:sz w:val="14"/>
          </w:rPr>
          <w:t>Source: Wikipedia — Eucalyptus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Eucalyptus spp.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Safeda / Nilgiri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Thailamaram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Native to Australia; widely planted in India but criticised for heavy water use. Koalas eat its leaves.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Teak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.jp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48">
        <w:r>
          <w:rPr>
            <w:color w:val="666666"/>
            <w:u w:val="single"/>
            <w:sz w:val="14"/>
          </w:rPr>
          <w:t>Source: Wikipedia — Teak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Tectona grandis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Sagwan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Thekku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Its natural oils resist water and termites; Nilambur in Kerala has the world's oldest teak plantation.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Sandalwood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50">
        <w:r>
          <w:rPr>
            <w:color w:val="666666"/>
            <w:u w:val="single"/>
            <w:sz w:val="14"/>
          </w:rPr>
          <w:t>Source: Wikipedia — Santalum album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Santalum album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Chandan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Santhanam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A root hemiparasite that taps other plants; the fragrant heartwood takes decades to form.</w:t>
            </w:r>
          </w:p>
        </w:tc>
      </w:tr>
    </w:tbl>
    <w:p>
      <w:pPr>
        <w:spacing w:after="60"/>
      </w:pPr>
    </w:p>
    <w:p>
      <w:pPr>
        <w:pStyle w:val="Heading2"/>
        <w:keepNext/>
        <w:jc w:val="center"/>
      </w:pPr>
      <w:r>
        <w:t>Money plant (Pothos)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695846" cy="301752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.jp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958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hyperlink r:id="rId152">
        <w:r>
          <w:rPr>
            <w:color w:val="666666"/>
            <w:u w:val="single"/>
            <w:sz w:val="14"/>
          </w:rPr>
          <w:t>Source: Wikipedia — Epipremnum aureum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Epipremnum aureum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Money plant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Money plant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Nicknamed 'devil's ivy' as it's almost impossible to kill; rarely flowers in cultivation.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2"/>
        <w:keepNext/>
        <w:jc w:val="center"/>
      </w:pPr>
      <w:r>
        <w:t>Snake plant</w:t>
      </w:r>
    </w:p>
    <w:p>
      <w:pPr>
        <w:keepNext/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.jp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jc w:val="center"/>
      </w:pPr>
      <w:hyperlink r:id="rId154">
        <w:r>
          <w:rPr>
            <w:color w:val="666666"/>
            <w:u w:val="single"/>
            <w:sz w:val="14"/>
          </w:rPr>
          <w:t>Source: Wikipedia — Dracaena trifasciata</w:t>
        </w:r>
      </w:hyperlink>
    </w:p>
    <w:tbl>
      <w:tblPr>
        <w:tblW w:w="8200" w:type="dxa"/>
        <w:jc w:val="center"/>
        <w:tblLayout w:type="fixed"/>
        <w:tblCellMar>
          <w:left w:w="80" w:type="dxa"/>
          <w:right w:w="80" w:type="dxa"/>
        </w:tblCellMar>
      </w:tblPr>
      <w:tblGrid>
        <w:gridCol w:w="1800"/>
        <w:gridCol w:w="6400"/>
      </w:tblGrid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Scientific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Dracaena trifasciata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Local name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i/>
                <w:sz w:val="18"/>
              </w:rPr>
              <w:t xml:space="preserve">Nagphani</w:t>
            </w:r>
            <w:r>
              <w:rPr>
                <w:sz w:val="18"/>
              </w:rPr>
              <w:t xml:space="preserve"> (Hindi) · </w:t>
            </w:r>
            <w:r>
              <w:rPr>
                <w:i/>
                <w:sz w:val="18"/>
              </w:rPr>
              <w:t xml:space="preserve">Maamiyar naakku</w:t>
            </w:r>
            <w:r>
              <w:rPr>
                <w:sz w:val="18"/>
              </w:rPr>
              <w:t xml:space="preserve"> (Tamil)</w:t>
            </w:r>
          </w:p>
        </w:tc>
      </w:tr>
      <w:tr>
        <w:trPr>
          <w:cantSplit/>
        </w:trPr>
        <w:tc>
          <w:tcPr>
            <w:tcW w:w="18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EAF1F8"/>
          </w:tcPr>
          <w:p>
            <w:pPr>
              <w:spacing w:before="20" w:after="20"/>
            </w:pPr>
            <w:r>
              <w:rPr>
                <w:b/>
                <w:sz w:val="18"/>
              </w:rPr>
              <w:t xml:space="preserve">Interesting</w:t>
            </w:r>
          </w:p>
        </w:tc>
        <w:tc>
          <w:tcPr>
            <w:tcW w:w="6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20" w:after="20"/>
            </w:pPr>
            <w:r>
              <w:rPr>
                <w:sz w:val="18"/>
              </w:rPr>
              <w:t xml:space="preserve">Tamil and English both call it 'mother-in-law's tongue'; its fibre (bowstring hemp) was used for bowstrings.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en.wikipedia.org/wiki/Mangifera_indica" TargetMode="External"/><Relationship Id="rId11" Type="http://schemas.openxmlformats.org/officeDocument/2006/relationships/image" Target="media/image2.jpg"/><Relationship Id="rId12" Type="http://schemas.openxmlformats.org/officeDocument/2006/relationships/hyperlink" Target="https://en.wikipedia.org/wiki/Azadirachta_indica" TargetMode="External"/><Relationship Id="rId13" Type="http://schemas.openxmlformats.org/officeDocument/2006/relationships/image" Target="media/image3.jpg"/><Relationship Id="rId14" Type="http://schemas.openxmlformats.org/officeDocument/2006/relationships/hyperlink" Target="https://en.wikipedia.org/wiki/Ficus_benghalensis" TargetMode="External"/><Relationship Id="rId15" Type="http://schemas.openxmlformats.org/officeDocument/2006/relationships/image" Target="media/image4.jpg"/><Relationship Id="rId16" Type="http://schemas.openxmlformats.org/officeDocument/2006/relationships/hyperlink" Target="https://en.wikipedia.org/wiki/Ficus_religiosa" TargetMode="External"/><Relationship Id="rId17" Type="http://schemas.openxmlformats.org/officeDocument/2006/relationships/image" Target="media/image5.jpg"/><Relationship Id="rId18" Type="http://schemas.openxmlformats.org/officeDocument/2006/relationships/hyperlink" Target="https://en.wikipedia.org/wiki/Ocimum_tenuiflorum" TargetMode="External"/><Relationship Id="rId19" Type="http://schemas.openxmlformats.org/officeDocument/2006/relationships/image" Target="media/image6.jpg"/><Relationship Id="rId20" Type="http://schemas.openxmlformats.org/officeDocument/2006/relationships/hyperlink" Target="https://en.wikipedia.org/wiki/Aloe_vera" TargetMode="External"/><Relationship Id="rId21" Type="http://schemas.openxmlformats.org/officeDocument/2006/relationships/image" Target="media/image7.jpg"/><Relationship Id="rId22" Type="http://schemas.openxmlformats.org/officeDocument/2006/relationships/hyperlink" Target="https://en.wikipedia.org/wiki/Hibiscus_%C3%97_rosa-sinensis" TargetMode="External"/><Relationship Id="rId23" Type="http://schemas.openxmlformats.org/officeDocument/2006/relationships/image" Target="media/image8.jpg"/><Relationship Id="rId24" Type="http://schemas.openxmlformats.org/officeDocument/2006/relationships/hyperlink" Target="https://en.wikipedia.org/wiki/Rose" TargetMode="External"/><Relationship Id="rId25" Type="http://schemas.openxmlformats.org/officeDocument/2006/relationships/image" Target="media/image9.jpg"/><Relationship Id="rId26" Type="http://schemas.openxmlformats.org/officeDocument/2006/relationships/hyperlink" Target="https://en.wikipedia.org/wiki/Jasminum_sambac" TargetMode="External"/><Relationship Id="rId27" Type="http://schemas.openxmlformats.org/officeDocument/2006/relationships/image" Target="media/image10.jpg"/><Relationship Id="rId28" Type="http://schemas.openxmlformats.org/officeDocument/2006/relationships/hyperlink" Target="https://en.wikipedia.org/wiki/Tagetes_erecta" TargetMode="External"/><Relationship Id="rId29" Type="http://schemas.openxmlformats.org/officeDocument/2006/relationships/image" Target="media/image11.jpg"/><Relationship Id="rId30" Type="http://schemas.openxmlformats.org/officeDocument/2006/relationships/hyperlink" Target="https://en.wikipedia.org/wiki/Common_sunflower" TargetMode="External"/><Relationship Id="rId31" Type="http://schemas.openxmlformats.org/officeDocument/2006/relationships/image" Target="media/image12.jpg"/><Relationship Id="rId32" Type="http://schemas.openxmlformats.org/officeDocument/2006/relationships/hyperlink" Target="https://en.wikipedia.org/wiki/Nelumbo_nucifera" TargetMode="External"/><Relationship Id="rId33" Type="http://schemas.openxmlformats.org/officeDocument/2006/relationships/image" Target="media/image13.jpg"/><Relationship Id="rId34" Type="http://schemas.openxmlformats.org/officeDocument/2006/relationships/hyperlink" Target="https://en.wikipedia.org/wiki/Nymphaea" TargetMode="External"/><Relationship Id="rId35" Type="http://schemas.openxmlformats.org/officeDocument/2006/relationships/image" Target="media/image14.jpg"/><Relationship Id="rId36" Type="http://schemas.openxmlformats.org/officeDocument/2006/relationships/hyperlink" Target="https://en.wikipedia.org/wiki/Bougainvillea" TargetMode="External"/><Relationship Id="rId37" Type="http://schemas.openxmlformats.org/officeDocument/2006/relationships/image" Target="media/image15.jpg"/><Relationship Id="rId38" Type="http://schemas.openxmlformats.org/officeDocument/2006/relationships/hyperlink" Target="https://en.wikipedia.org/wiki/Ixora_coccinea" TargetMode="External"/><Relationship Id="rId39" Type="http://schemas.openxmlformats.org/officeDocument/2006/relationships/image" Target="media/image16.jpg"/><Relationship Id="rId40" Type="http://schemas.openxmlformats.org/officeDocument/2006/relationships/hyperlink" Target="https://en.wikipedia.org/wiki/Plumeria" TargetMode="External"/><Relationship Id="rId41" Type="http://schemas.openxmlformats.org/officeDocument/2006/relationships/image" Target="media/image17.jpg"/><Relationship Id="rId42" Type="http://schemas.openxmlformats.org/officeDocument/2006/relationships/hyperlink" Target="https://en.wikipedia.org/wiki/Delonix_regia" TargetMode="External"/><Relationship Id="rId43" Type="http://schemas.openxmlformats.org/officeDocument/2006/relationships/image" Target="media/image18.jpg"/><Relationship Id="rId44" Type="http://schemas.openxmlformats.org/officeDocument/2006/relationships/hyperlink" Target="https://en.wikipedia.org/wiki/Saraca_asoca" TargetMode="External"/><Relationship Id="rId45" Type="http://schemas.openxmlformats.org/officeDocument/2006/relationships/image" Target="media/image19.jpg"/><Relationship Id="rId46" Type="http://schemas.openxmlformats.org/officeDocument/2006/relationships/hyperlink" Target="https://en.wikipedia.org/wiki/Curry_tree" TargetMode="External"/><Relationship Id="rId47" Type="http://schemas.openxmlformats.org/officeDocument/2006/relationships/image" Target="media/image20.jpg"/><Relationship Id="rId48" Type="http://schemas.openxmlformats.org/officeDocument/2006/relationships/hyperlink" Target="https://en.wikipedia.org/wiki/Coconut" TargetMode="External"/><Relationship Id="rId49" Type="http://schemas.openxmlformats.org/officeDocument/2006/relationships/image" Target="media/image21.jpg"/><Relationship Id="rId50" Type="http://schemas.openxmlformats.org/officeDocument/2006/relationships/hyperlink" Target="https://en.wikipedia.org/wiki/Banana" TargetMode="External"/><Relationship Id="rId51" Type="http://schemas.openxmlformats.org/officeDocument/2006/relationships/image" Target="media/image22.jpg"/><Relationship Id="rId52" Type="http://schemas.openxmlformats.org/officeDocument/2006/relationships/hyperlink" Target="https://en.wikipedia.org/wiki/Papaya" TargetMode="External"/><Relationship Id="rId53" Type="http://schemas.openxmlformats.org/officeDocument/2006/relationships/image" Target="media/image23.jpg"/><Relationship Id="rId54" Type="http://schemas.openxmlformats.org/officeDocument/2006/relationships/hyperlink" Target="https://en.wikipedia.org/wiki/Psidium_guajava" TargetMode="External"/><Relationship Id="rId55" Type="http://schemas.openxmlformats.org/officeDocument/2006/relationships/image" Target="media/image24.jpg"/><Relationship Id="rId56" Type="http://schemas.openxmlformats.org/officeDocument/2006/relationships/hyperlink" Target="https://en.wikipedia.org/wiki/Pomegranate" TargetMode="External"/><Relationship Id="rId57" Type="http://schemas.openxmlformats.org/officeDocument/2006/relationships/image" Target="media/image25.jpg"/><Relationship Id="rId58" Type="http://schemas.openxmlformats.org/officeDocument/2006/relationships/hyperlink" Target="https://en.wikipedia.org/wiki/Lemon" TargetMode="External"/><Relationship Id="rId59" Type="http://schemas.openxmlformats.org/officeDocument/2006/relationships/image" Target="media/image26.jpg"/><Relationship Id="rId60" Type="http://schemas.openxmlformats.org/officeDocument/2006/relationships/hyperlink" Target="https://en.wikipedia.org/wiki/Citrus_%C3%97_sinensis" TargetMode="External"/><Relationship Id="rId61" Type="http://schemas.openxmlformats.org/officeDocument/2006/relationships/image" Target="media/image27.jpg"/><Relationship Id="rId62" Type="http://schemas.openxmlformats.org/officeDocument/2006/relationships/hyperlink" Target="https://en.wikipedia.org/wiki/Apple" TargetMode="External"/><Relationship Id="rId63" Type="http://schemas.openxmlformats.org/officeDocument/2006/relationships/image" Target="media/image28.jpg"/><Relationship Id="rId64" Type="http://schemas.openxmlformats.org/officeDocument/2006/relationships/hyperlink" Target="https://en.wikipedia.org/wiki/Vitis_vinifera" TargetMode="External"/><Relationship Id="rId65" Type="http://schemas.openxmlformats.org/officeDocument/2006/relationships/image" Target="media/image29.jpg"/><Relationship Id="rId66" Type="http://schemas.openxmlformats.org/officeDocument/2006/relationships/hyperlink" Target="https://en.wikipedia.org/wiki/Strawberry" TargetMode="External"/><Relationship Id="rId67" Type="http://schemas.openxmlformats.org/officeDocument/2006/relationships/image" Target="media/image30.jpg"/><Relationship Id="rId68" Type="http://schemas.openxmlformats.org/officeDocument/2006/relationships/hyperlink" Target="https://en.wikipedia.org/wiki/Pineapple" TargetMode="External"/><Relationship Id="rId69" Type="http://schemas.openxmlformats.org/officeDocument/2006/relationships/image" Target="media/image31.jpg"/><Relationship Id="rId70" Type="http://schemas.openxmlformats.org/officeDocument/2006/relationships/hyperlink" Target="https://en.wikipedia.org/wiki/Watermelon" TargetMode="External"/><Relationship Id="rId71" Type="http://schemas.openxmlformats.org/officeDocument/2006/relationships/image" Target="media/image32.jpg"/><Relationship Id="rId72" Type="http://schemas.openxmlformats.org/officeDocument/2006/relationships/hyperlink" Target="https://en.wikipedia.org/wiki/Tomato" TargetMode="External"/><Relationship Id="rId73" Type="http://schemas.openxmlformats.org/officeDocument/2006/relationships/image" Target="media/image33.jpg"/><Relationship Id="rId74" Type="http://schemas.openxmlformats.org/officeDocument/2006/relationships/hyperlink" Target="https://en.wikipedia.org/wiki/Eggplant" TargetMode="External"/><Relationship Id="rId75" Type="http://schemas.openxmlformats.org/officeDocument/2006/relationships/image" Target="media/image34.jpg"/><Relationship Id="rId76" Type="http://schemas.openxmlformats.org/officeDocument/2006/relationships/hyperlink" Target="https://en.wikipedia.org/wiki/Chili_pepper" TargetMode="External"/><Relationship Id="rId77" Type="http://schemas.openxmlformats.org/officeDocument/2006/relationships/image" Target="media/image35.jpg"/><Relationship Id="rId78" Type="http://schemas.openxmlformats.org/officeDocument/2006/relationships/hyperlink" Target="https://en.wikipedia.org/wiki/Okra" TargetMode="External"/><Relationship Id="rId79" Type="http://schemas.openxmlformats.org/officeDocument/2006/relationships/image" Target="media/image36.jpg"/><Relationship Id="rId80" Type="http://schemas.openxmlformats.org/officeDocument/2006/relationships/hyperlink" Target="https://en.wikipedia.org/wiki/Cucumber" TargetMode="External"/><Relationship Id="rId81" Type="http://schemas.openxmlformats.org/officeDocument/2006/relationships/image" Target="media/image37.jpg"/><Relationship Id="rId82" Type="http://schemas.openxmlformats.org/officeDocument/2006/relationships/hyperlink" Target="https://en.wikipedia.org/wiki/Pumpkin" TargetMode="External"/><Relationship Id="rId83" Type="http://schemas.openxmlformats.org/officeDocument/2006/relationships/image" Target="media/image38.jpg"/><Relationship Id="rId84" Type="http://schemas.openxmlformats.org/officeDocument/2006/relationships/hyperlink" Target="https://en.wikipedia.org/wiki/Calabash" TargetMode="External"/><Relationship Id="rId85" Type="http://schemas.openxmlformats.org/officeDocument/2006/relationships/image" Target="media/image39.jpg"/><Relationship Id="rId86" Type="http://schemas.openxmlformats.org/officeDocument/2006/relationships/hyperlink" Target="https://en.wikipedia.org/wiki/Momordica_charantia" TargetMode="External"/><Relationship Id="rId87" Type="http://schemas.openxmlformats.org/officeDocument/2006/relationships/image" Target="media/image40.jpg"/><Relationship Id="rId88" Type="http://schemas.openxmlformats.org/officeDocument/2006/relationships/hyperlink" Target="https://en.wikipedia.org/wiki/Spinach" TargetMode="External"/><Relationship Id="rId89" Type="http://schemas.openxmlformats.org/officeDocument/2006/relationships/image" Target="media/image41.jpg"/><Relationship Id="rId90" Type="http://schemas.openxmlformats.org/officeDocument/2006/relationships/hyperlink" Target="https://en.wikipedia.org/wiki/Coriander" TargetMode="External"/><Relationship Id="rId91" Type="http://schemas.openxmlformats.org/officeDocument/2006/relationships/image" Target="media/image42.jpg"/><Relationship Id="rId92" Type="http://schemas.openxmlformats.org/officeDocument/2006/relationships/hyperlink" Target="https://en.wikipedia.org/wiki/Mentha" TargetMode="External"/><Relationship Id="rId93" Type="http://schemas.openxmlformats.org/officeDocument/2006/relationships/image" Target="media/image43.jpg"/><Relationship Id="rId94" Type="http://schemas.openxmlformats.org/officeDocument/2006/relationships/hyperlink" Target="https://en.wikipedia.org/wiki/Fenugreek" TargetMode="External"/><Relationship Id="rId95" Type="http://schemas.openxmlformats.org/officeDocument/2006/relationships/image" Target="media/image44.jpg"/><Relationship Id="rId96" Type="http://schemas.openxmlformats.org/officeDocument/2006/relationships/hyperlink" Target="https://en.wikipedia.org/wiki/Brassica_juncea" TargetMode="External"/><Relationship Id="rId97" Type="http://schemas.openxmlformats.org/officeDocument/2006/relationships/image" Target="media/image45.jpg"/><Relationship Id="rId98" Type="http://schemas.openxmlformats.org/officeDocument/2006/relationships/hyperlink" Target="https://en.wikipedia.org/wiki/Ginger" TargetMode="External"/><Relationship Id="rId99" Type="http://schemas.openxmlformats.org/officeDocument/2006/relationships/image" Target="media/image46.jpg"/><Relationship Id="rId100" Type="http://schemas.openxmlformats.org/officeDocument/2006/relationships/hyperlink" Target="https://en.wikipedia.org/wiki/Turmeric" TargetMode="External"/><Relationship Id="rId101" Type="http://schemas.openxmlformats.org/officeDocument/2006/relationships/image" Target="media/image47.jpg"/><Relationship Id="rId102" Type="http://schemas.openxmlformats.org/officeDocument/2006/relationships/hyperlink" Target="https://en.wikipedia.org/wiki/Garlic" TargetMode="External"/><Relationship Id="rId103" Type="http://schemas.openxmlformats.org/officeDocument/2006/relationships/image" Target="media/image48.jpg"/><Relationship Id="rId104" Type="http://schemas.openxmlformats.org/officeDocument/2006/relationships/hyperlink" Target="https://en.wikipedia.org/wiki/Onion" TargetMode="External"/><Relationship Id="rId105" Type="http://schemas.openxmlformats.org/officeDocument/2006/relationships/image" Target="media/image49.jpg"/><Relationship Id="rId106" Type="http://schemas.openxmlformats.org/officeDocument/2006/relationships/hyperlink" Target="https://en.wikipedia.org/wiki/Potato" TargetMode="External"/><Relationship Id="rId107" Type="http://schemas.openxmlformats.org/officeDocument/2006/relationships/image" Target="media/image50.jpg"/><Relationship Id="rId108" Type="http://schemas.openxmlformats.org/officeDocument/2006/relationships/hyperlink" Target="https://en.wikipedia.org/wiki/Sweet_potato" TargetMode="External"/><Relationship Id="rId109" Type="http://schemas.openxmlformats.org/officeDocument/2006/relationships/image" Target="media/image51.jpg"/><Relationship Id="rId110" Type="http://schemas.openxmlformats.org/officeDocument/2006/relationships/hyperlink" Target="https://en.wikipedia.org/wiki/Carrot" TargetMode="External"/><Relationship Id="rId111" Type="http://schemas.openxmlformats.org/officeDocument/2006/relationships/image" Target="media/image52.jpg"/><Relationship Id="rId112" Type="http://schemas.openxmlformats.org/officeDocument/2006/relationships/hyperlink" Target="https://en.wikipedia.org/wiki/Radish" TargetMode="External"/><Relationship Id="rId113" Type="http://schemas.openxmlformats.org/officeDocument/2006/relationships/image" Target="media/image53.jpg"/><Relationship Id="rId114" Type="http://schemas.openxmlformats.org/officeDocument/2006/relationships/hyperlink" Target="https://en.wikipedia.org/wiki/Beetroot" TargetMode="External"/><Relationship Id="rId115" Type="http://schemas.openxmlformats.org/officeDocument/2006/relationships/image" Target="media/image54.jpg"/><Relationship Id="rId116" Type="http://schemas.openxmlformats.org/officeDocument/2006/relationships/hyperlink" Target="https://en.wikipedia.org/wiki/Cabbage" TargetMode="External"/><Relationship Id="rId117" Type="http://schemas.openxmlformats.org/officeDocument/2006/relationships/image" Target="media/image55.jpg"/><Relationship Id="rId118" Type="http://schemas.openxmlformats.org/officeDocument/2006/relationships/hyperlink" Target="https://en.wikipedia.org/wiki/Cauliflower" TargetMode="External"/><Relationship Id="rId119" Type="http://schemas.openxmlformats.org/officeDocument/2006/relationships/image" Target="media/image56.jpg"/><Relationship Id="rId120" Type="http://schemas.openxmlformats.org/officeDocument/2006/relationships/hyperlink" Target="https://en.wikipedia.org/wiki/Broccoli" TargetMode="External"/><Relationship Id="rId121" Type="http://schemas.openxmlformats.org/officeDocument/2006/relationships/image" Target="media/image57.jpg"/><Relationship Id="rId122" Type="http://schemas.openxmlformats.org/officeDocument/2006/relationships/hyperlink" Target="https://en.wikipedia.org/wiki/Pea" TargetMode="External"/><Relationship Id="rId123" Type="http://schemas.openxmlformats.org/officeDocument/2006/relationships/image" Target="media/image58.jpg"/><Relationship Id="rId124" Type="http://schemas.openxmlformats.org/officeDocument/2006/relationships/hyperlink" Target="https://en.wikipedia.org/wiki/Chickpea" TargetMode="External"/><Relationship Id="rId125" Type="http://schemas.openxmlformats.org/officeDocument/2006/relationships/image" Target="media/image59.jpg"/><Relationship Id="rId126" Type="http://schemas.openxmlformats.org/officeDocument/2006/relationships/hyperlink" Target="https://en.wikipedia.org/wiki/Lentil" TargetMode="External"/><Relationship Id="rId127" Type="http://schemas.openxmlformats.org/officeDocument/2006/relationships/image" Target="media/image60.jpg"/><Relationship Id="rId128" Type="http://schemas.openxmlformats.org/officeDocument/2006/relationships/hyperlink" Target="https://en.wikipedia.org/wiki/Soybean" TargetMode="External"/><Relationship Id="rId129" Type="http://schemas.openxmlformats.org/officeDocument/2006/relationships/image" Target="media/image61.jpg"/><Relationship Id="rId130" Type="http://schemas.openxmlformats.org/officeDocument/2006/relationships/hyperlink" Target="https://en.wikipedia.org/wiki/Rice" TargetMode="External"/><Relationship Id="rId131" Type="http://schemas.openxmlformats.org/officeDocument/2006/relationships/image" Target="media/image62.jpg"/><Relationship Id="rId132" Type="http://schemas.openxmlformats.org/officeDocument/2006/relationships/hyperlink" Target="https://en.wikipedia.org/wiki/Wheat" TargetMode="External"/><Relationship Id="rId133" Type="http://schemas.openxmlformats.org/officeDocument/2006/relationships/image" Target="media/image63.jpg"/><Relationship Id="rId134" Type="http://schemas.openxmlformats.org/officeDocument/2006/relationships/hyperlink" Target="https://en.wikipedia.org/wiki/Maize" TargetMode="External"/><Relationship Id="rId135" Type="http://schemas.openxmlformats.org/officeDocument/2006/relationships/image" Target="media/image64.jpg"/><Relationship Id="rId136" Type="http://schemas.openxmlformats.org/officeDocument/2006/relationships/hyperlink" Target="https://en.wikipedia.org/wiki/Sugarcane" TargetMode="External"/><Relationship Id="rId137" Type="http://schemas.openxmlformats.org/officeDocument/2006/relationships/image" Target="media/image65.jpg"/><Relationship Id="rId138" Type="http://schemas.openxmlformats.org/officeDocument/2006/relationships/hyperlink" Target="https://en.wikipedia.org/wiki/Cotton" TargetMode="External"/><Relationship Id="rId139" Type="http://schemas.openxmlformats.org/officeDocument/2006/relationships/image" Target="media/image66.jpg"/><Relationship Id="rId140" Type="http://schemas.openxmlformats.org/officeDocument/2006/relationships/hyperlink" Target="https://en.wikipedia.org/wiki/Camellia_sinensis" TargetMode="External"/><Relationship Id="rId141" Type="http://schemas.openxmlformats.org/officeDocument/2006/relationships/image" Target="media/image67.jpg"/><Relationship Id="rId142" Type="http://schemas.openxmlformats.org/officeDocument/2006/relationships/hyperlink" Target="https://en.wikipedia.org/wiki/Coffea" TargetMode="External"/><Relationship Id="rId143" Type="http://schemas.openxmlformats.org/officeDocument/2006/relationships/image" Target="media/image68.jpg"/><Relationship Id="rId144" Type="http://schemas.openxmlformats.org/officeDocument/2006/relationships/hyperlink" Target="https://en.wikipedia.org/wiki/Bamboo" TargetMode="External"/><Relationship Id="rId145" Type="http://schemas.openxmlformats.org/officeDocument/2006/relationships/image" Target="media/image69.jpg"/><Relationship Id="rId146" Type="http://schemas.openxmlformats.org/officeDocument/2006/relationships/hyperlink" Target="https://en.wikipedia.org/wiki/Eucalyptus" TargetMode="External"/><Relationship Id="rId147" Type="http://schemas.openxmlformats.org/officeDocument/2006/relationships/image" Target="media/image70.jpg"/><Relationship Id="rId148" Type="http://schemas.openxmlformats.org/officeDocument/2006/relationships/hyperlink" Target="https://en.wikipedia.org/wiki/Teak" TargetMode="External"/><Relationship Id="rId149" Type="http://schemas.openxmlformats.org/officeDocument/2006/relationships/image" Target="media/image71.jpg"/><Relationship Id="rId150" Type="http://schemas.openxmlformats.org/officeDocument/2006/relationships/hyperlink" Target="https://en.wikipedia.org/wiki/Santalum_album" TargetMode="External"/><Relationship Id="rId151" Type="http://schemas.openxmlformats.org/officeDocument/2006/relationships/image" Target="media/image72.jpg"/><Relationship Id="rId152" Type="http://schemas.openxmlformats.org/officeDocument/2006/relationships/hyperlink" Target="https://en.wikipedia.org/wiki/Epipremnum_aureum" TargetMode="External"/><Relationship Id="rId153" Type="http://schemas.openxmlformats.org/officeDocument/2006/relationships/image" Target="media/image73.jpg"/><Relationship Id="rId154" Type="http://schemas.openxmlformats.org/officeDocument/2006/relationships/hyperlink" Target="https://en.wikipedia.org/wiki/Dracaena_trifasc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73 Plant Images</dc:title>
  <dc:subject>Plant photographs with common names</dc:subject>
  <dc:creator>Anand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