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2"/>
        <w:keepNext/>
        <w:jc w:val="center"/>
      </w:pPr>
      <w:r>
        <w:t>Mango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Mangifera indica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Aam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Mango belongs to the cashew family; each fruit develops from a single flower ovary.</w:t>
            </w:r>
          </w:p>
        </w:tc>
      </w:tr>
    </w:tbl>
    <w:p>
      <w:pPr>
        <w:spacing w:after="100"/>
        <w:jc w:val="center"/>
      </w:pPr>
      <w:hyperlink r:id="rId10">
        <w:r>
          <w:rPr>
            <w:color w:val="666666"/>
            <w:u w:val="single"/>
            <w:sz w:val="14"/>
          </w:rPr>
          <w:t>Source: Wikipedia — Mangifera indica</w:t>
        </w:r>
      </w:hyperlink>
    </w:p>
    <w:p>
      <w:pPr>
        <w:pStyle w:val="Heading2"/>
        <w:keepNext/>
        <w:jc w:val="center"/>
      </w:pPr>
      <w:r>
        <w:t>Neem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Azadirachta indica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Neem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Neem seeds contain azadirachtin, a compound widely used in botanical insect-control products.</w:t>
            </w:r>
          </w:p>
        </w:tc>
      </w:tr>
    </w:tbl>
    <w:p>
      <w:pPr>
        <w:spacing w:after="0"/>
        <w:jc w:val="center"/>
      </w:pPr>
      <w:hyperlink r:id="rId12">
        <w:r>
          <w:rPr>
            <w:color w:val="666666"/>
            <w:u w:val="single"/>
            <w:sz w:val="14"/>
          </w:rPr>
          <w:t>Source: Wikipedia — Azadirachta indica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Banyan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Ficus benghalensis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Bargad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Aerial roots descend from its branches and thicken into prop trunks that support a vast crown.</w:t>
            </w:r>
          </w:p>
        </w:tc>
      </w:tr>
    </w:tbl>
    <w:p>
      <w:pPr>
        <w:spacing w:after="100"/>
        <w:jc w:val="center"/>
      </w:pPr>
      <w:hyperlink r:id="rId14">
        <w:r>
          <w:rPr>
            <w:color w:val="666666"/>
            <w:u w:val="single"/>
            <w:sz w:val="14"/>
          </w:rPr>
          <w:t>Source: Wikipedia — Ficus benghalensis</w:t>
        </w:r>
      </w:hyperlink>
    </w:p>
    <w:p>
      <w:pPr>
        <w:pStyle w:val="Heading2"/>
        <w:keepNext/>
        <w:jc w:val="center"/>
      </w:pPr>
      <w:r>
        <w:t>Peepal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681374" cy="301752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8137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Ficus religiosa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Peepal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Its long leaf tips help rainwater drain quickly, a useful feature during the monsoon.</w:t>
            </w:r>
          </w:p>
        </w:tc>
      </w:tr>
    </w:tbl>
    <w:p>
      <w:pPr>
        <w:spacing w:after="0"/>
        <w:jc w:val="center"/>
      </w:pPr>
      <w:hyperlink r:id="rId16">
        <w:r>
          <w:rPr>
            <w:color w:val="666666"/>
            <w:u w:val="single"/>
            <w:sz w:val="14"/>
          </w:rPr>
          <w:t>Source: Wikipedia — Ficus religiosa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Tulsi (Holy basil)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Ocimum tenuiflorum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Tulsi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The aromatic leaves contain eugenol and other volatile oils; several distinct cultivated forms exist.</w:t>
            </w:r>
          </w:p>
        </w:tc>
      </w:tr>
    </w:tbl>
    <w:p>
      <w:pPr>
        <w:spacing w:after="100"/>
        <w:jc w:val="center"/>
      </w:pPr>
      <w:hyperlink r:id="rId18">
        <w:r>
          <w:rPr>
            <w:color w:val="666666"/>
            <w:u w:val="single"/>
            <w:sz w:val="14"/>
          </w:rPr>
          <w:t>Source: Wikipedia — Ocimum tenuiflorum</w:t>
        </w:r>
      </w:hyperlink>
    </w:p>
    <w:p>
      <w:pPr>
        <w:pStyle w:val="Heading2"/>
        <w:keepNext/>
        <w:jc w:val="center"/>
      </w:pPr>
      <w:r>
        <w:t>Aloe vera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7555" cy="301752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02755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Aloe vera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Gwarpatha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This succulent stores water in thick leaves and sends up tall spikes of tubular flowers.</w:t>
            </w:r>
          </w:p>
        </w:tc>
      </w:tr>
    </w:tbl>
    <w:p>
      <w:pPr>
        <w:spacing w:after="0"/>
        <w:jc w:val="center"/>
      </w:pPr>
      <w:hyperlink r:id="rId20">
        <w:r>
          <w:rPr>
            <w:color w:val="666666"/>
            <w:u w:val="single"/>
            <w:sz w:val="14"/>
          </w:rPr>
          <w:t>Source: Wikipedia — Aloe vera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Hibiscus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122119" cy="301752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22119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Hibiscus × rosa-sinensis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Gudhal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Individual flowers are short-lived, but a healthy shrub can produce new blooms repeatedly.</w:t>
            </w:r>
          </w:p>
        </w:tc>
      </w:tr>
    </w:tbl>
    <w:p>
      <w:pPr>
        <w:spacing w:after="100"/>
        <w:jc w:val="center"/>
      </w:pPr>
      <w:hyperlink r:id="rId22">
        <w:r>
          <w:rPr>
            <w:color w:val="666666"/>
            <w:u w:val="single"/>
            <w:sz w:val="14"/>
          </w:rPr>
          <w:t>Source: Wikipedia — Hibiscus × rosa-sinensis</w:t>
        </w:r>
      </w:hyperlink>
    </w:p>
    <w:p>
      <w:pPr>
        <w:pStyle w:val="Heading2"/>
        <w:keepNext/>
        <w:jc w:val="center"/>
      </w:pPr>
      <w:r>
        <w:t>Rose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249869" cy="301752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249869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Rosa spp.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Gulab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After pollination, many roses form vitamin-rich accessory fruits called rose hips.</w:t>
            </w:r>
          </w:p>
        </w:tc>
      </w:tr>
    </w:tbl>
    <w:p>
      <w:pPr>
        <w:spacing w:after="0"/>
        <w:jc w:val="center"/>
      </w:pPr>
      <w:hyperlink r:id="rId24">
        <w:r>
          <w:rPr>
            <w:color w:val="666666"/>
            <w:u w:val="single"/>
            <w:sz w:val="14"/>
          </w:rPr>
          <w:t>Source: Wikipedia — Rose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Jasmine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9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Jasminum sambac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Mogra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Its intensely fragrant flowers are widely woven into garlands and used to scent jasmine tea.</w:t>
            </w:r>
          </w:p>
        </w:tc>
      </w:tr>
    </w:tbl>
    <w:p>
      <w:pPr>
        <w:spacing w:after="100"/>
        <w:jc w:val="center"/>
      </w:pPr>
      <w:hyperlink r:id="rId26">
        <w:r>
          <w:rPr>
            <w:color w:val="666666"/>
            <w:u w:val="single"/>
            <w:sz w:val="14"/>
          </w:rPr>
          <w:t>Source: Wikipedia — Jasminum sambac</w:t>
        </w:r>
      </w:hyperlink>
    </w:p>
    <w:p>
      <w:pPr>
        <w:pStyle w:val="Heading2"/>
        <w:keepNext/>
        <w:jc w:val="center"/>
      </w:pPr>
      <w:r>
        <w:t>Marigold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263139" cy="3017519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63139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Tagetes erecta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Genda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The petals contain lutein, a yellow pigment used in food and poultry-feed colouring.</w:t>
            </w:r>
          </w:p>
        </w:tc>
      </w:tr>
    </w:tbl>
    <w:p>
      <w:pPr>
        <w:spacing w:after="0"/>
        <w:jc w:val="center"/>
      </w:pPr>
      <w:hyperlink r:id="rId28">
        <w:r>
          <w:rPr>
            <w:color w:val="666666"/>
            <w:u w:val="single"/>
            <w:sz w:val="14"/>
          </w:rPr>
          <w:t>Source: Wikipedia — Tagetes erecta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Sunflower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724820" cy="3017519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1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724820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Helianthus annuus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Surajmukhi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Young flower heads track the sun; mature heads usually stop moving and face east.</w:t>
            </w:r>
          </w:p>
        </w:tc>
      </w:tr>
    </w:tbl>
    <w:p>
      <w:pPr>
        <w:spacing w:after="100"/>
        <w:jc w:val="center"/>
      </w:pPr>
      <w:hyperlink r:id="rId30">
        <w:r>
          <w:rPr>
            <w:color w:val="666666"/>
            <w:u w:val="single"/>
            <w:sz w:val="14"/>
          </w:rPr>
          <w:t>Source: Wikipedia — Common sunflower</w:t>
        </w:r>
      </w:hyperlink>
    </w:p>
    <w:p>
      <w:pPr>
        <w:pStyle w:val="Heading2"/>
        <w:keepNext/>
        <w:jc w:val="center"/>
      </w:pPr>
      <w:r>
        <w:t>Lotus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292114" cy="301752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2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29211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Nelumbo nucifera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Kamal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Microscopic waxy bumps make lotus leaves strongly water-repellent, inspiring the term 'lotus effect'.</w:t>
            </w:r>
          </w:p>
        </w:tc>
      </w:tr>
    </w:tbl>
    <w:p>
      <w:pPr>
        <w:spacing w:after="0"/>
        <w:jc w:val="center"/>
      </w:pPr>
      <w:hyperlink r:id="rId32">
        <w:r>
          <w:rPr>
            <w:color w:val="666666"/>
            <w:u w:val="single"/>
            <w:sz w:val="14"/>
          </w:rPr>
          <w:t>Source: Wikipedia — Nelumbo nucifera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Water lily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3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Nymphaea spp.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Kumudini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Because the leaves float, most of their stomata are on the upper surface rather than underneath.</w:t>
            </w:r>
          </w:p>
        </w:tc>
      </w:tr>
    </w:tbl>
    <w:p>
      <w:pPr>
        <w:spacing w:after="100"/>
        <w:jc w:val="center"/>
      </w:pPr>
      <w:hyperlink r:id="rId34">
        <w:r>
          <w:rPr>
            <w:color w:val="666666"/>
            <w:u w:val="single"/>
            <w:sz w:val="14"/>
          </w:rPr>
          <w:t>Source: Wikipedia — Nymphaea</w:t>
        </w:r>
      </w:hyperlink>
    </w:p>
    <w:p>
      <w:pPr>
        <w:pStyle w:val="Heading2"/>
        <w:keepNext/>
        <w:jc w:val="center"/>
      </w:pPr>
      <w:r>
        <w:t>Bougainvillea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4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Bougainvillea spp.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Boganvel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Its showy colours come from papery bracts; the true flowers inside are small and pale.</w:t>
            </w:r>
          </w:p>
        </w:tc>
      </w:tr>
    </w:tbl>
    <w:p>
      <w:pPr>
        <w:spacing w:after="0"/>
        <w:jc w:val="center"/>
      </w:pPr>
      <w:hyperlink r:id="rId36">
        <w:r>
          <w:rPr>
            <w:color w:val="666666"/>
            <w:u w:val="single"/>
            <w:sz w:val="14"/>
          </w:rPr>
          <w:t>Source: Wikipedia — Bougainvillea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Ixora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506914" cy="301752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5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50691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Ixora coccinea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Rukmini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Dense clusters of narrow tubular flowers attract butterflies and other long-tongued pollinators.</w:t>
            </w:r>
          </w:p>
        </w:tc>
      </w:tr>
    </w:tbl>
    <w:p>
      <w:pPr>
        <w:spacing w:after="100"/>
        <w:jc w:val="center"/>
      </w:pPr>
      <w:hyperlink r:id="rId38">
        <w:r>
          <w:rPr>
            <w:color w:val="666666"/>
            <w:u w:val="single"/>
            <w:sz w:val="14"/>
          </w:rPr>
          <w:t>Source: Wikipedia — Ixora coccinea</w:t>
        </w:r>
      </w:hyperlink>
    </w:p>
    <w:p>
      <w:pPr>
        <w:pStyle w:val="Heading2"/>
        <w:keepNext/>
        <w:jc w:val="center"/>
      </w:pPr>
      <w:r>
        <w:t>Frangipani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6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Plumeria rubra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Champa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Its thick branches store water, and stem cuttings can root readily in warm conditions.</w:t>
            </w:r>
          </w:p>
        </w:tc>
      </w:tr>
    </w:tbl>
    <w:p>
      <w:pPr>
        <w:spacing w:after="0"/>
        <w:jc w:val="center"/>
      </w:pPr>
      <w:hyperlink r:id="rId40">
        <w:r>
          <w:rPr>
            <w:color w:val="666666"/>
            <w:u w:val="single"/>
            <w:sz w:val="14"/>
          </w:rPr>
          <w:t>Source: Wikipedia — Plumeria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Gulmohar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7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Delonix regia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Gulmohar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This flamboyant legume produces long, woody seed pods that may remain on the tree for months.</w:t>
            </w:r>
          </w:p>
        </w:tc>
      </w:tr>
    </w:tbl>
    <w:p>
      <w:pPr>
        <w:spacing w:after="100"/>
        <w:jc w:val="center"/>
      </w:pPr>
      <w:hyperlink r:id="rId42">
        <w:r>
          <w:rPr>
            <w:color w:val="666666"/>
            <w:u w:val="single"/>
            <w:sz w:val="14"/>
          </w:rPr>
          <w:t>Source: Wikipedia — Delonix regia</w:t>
        </w:r>
      </w:hyperlink>
    </w:p>
    <w:p>
      <w:pPr>
        <w:pStyle w:val="Heading2"/>
        <w:keepNext/>
        <w:jc w:val="center"/>
      </w:pPr>
      <w:r>
        <w:t>Ashoka tree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665476" cy="301752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8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6547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Saraca asoca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Ashok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The true Ashoka has clustered orange-red flowers and is often confused with the tall false Ashoka.</w:t>
            </w:r>
          </w:p>
        </w:tc>
      </w:tr>
    </w:tbl>
    <w:p>
      <w:pPr>
        <w:spacing w:after="0"/>
        <w:jc w:val="center"/>
      </w:pPr>
      <w:hyperlink r:id="rId44">
        <w:r>
          <w:rPr>
            <w:color w:val="666666"/>
            <w:u w:val="single"/>
            <w:sz w:val="14"/>
          </w:rPr>
          <w:t>Source: Wikipedia — Saraca asoca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Curry tree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9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Murraya koenigii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Kadi patta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Fresh leaves release their characteristic aroma when crushed because they contain volatile terpenes.</w:t>
            </w:r>
          </w:p>
        </w:tc>
      </w:tr>
    </w:tbl>
    <w:p>
      <w:pPr>
        <w:spacing w:after="100"/>
        <w:jc w:val="center"/>
      </w:pPr>
      <w:hyperlink r:id="rId46">
        <w:r>
          <w:rPr>
            <w:color w:val="666666"/>
            <w:u w:val="single"/>
            <w:sz w:val="14"/>
          </w:rPr>
          <w:t>Source: Wikipedia — Curry tree</w:t>
        </w:r>
      </w:hyperlink>
    </w:p>
    <w:p>
      <w:pPr>
        <w:pStyle w:val="Heading2"/>
        <w:keepNext/>
        <w:jc w:val="center"/>
      </w:pPr>
      <w:r>
        <w:t>Coconut palm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015703" cy="3017519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015703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Cocos nucifera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Nariyal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The fibrous, buoyant fruit can survive seawater journeys, helping the species disperse between coasts.</w:t>
            </w:r>
          </w:p>
        </w:tc>
      </w:tr>
    </w:tbl>
    <w:p>
      <w:pPr>
        <w:spacing w:after="0"/>
        <w:jc w:val="center"/>
      </w:pPr>
      <w:hyperlink r:id="rId48">
        <w:r>
          <w:rPr>
            <w:color w:val="666666"/>
            <w:u w:val="single"/>
            <w:sz w:val="14"/>
          </w:rPr>
          <w:t>Source: Wikipedia — Coconut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Banana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284073" cy="301752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1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84073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Musa spp.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Kela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 banana plant is a giant herb, not a tree; its apparent trunk is a leaf sheath.</w:t>
            </w:r>
          </w:p>
        </w:tc>
      </w:tr>
    </w:tbl>
    <w:p>
      <w:pPr>
        <w:spacing w:after="100"/>
        <w:jc w:val="center"/>
      </w:pPr>
      <w:hyperlink r:id="rId50">
        <w:r>
          <w:rPr>
            <w:color w:val="666666"/>
            <w:u w:val="single"/>
            <w:sz w:val="14"/>
          </w:rPr>
          <w:t>Source: Wikipedia — Banana</w:t>
        </w:r>
      </w:hyperlink>
    </w:p>
    <w:p>
      <w:pPr>
        <w:pStyle w:val="Heading2"/>
        <w:keepNext/>
        <w:jc w:val="center"/>
      </w:pPr>
      <w:r>
        <w:t>Papaya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136404" cy="301752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2.jp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136404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Carica papaya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Papita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Papaya plants may bear male, female or bisexual flowers; their milky latex contains papain.</w:t>
            </w:r>
          </w:p>
        </w:tc>
      </w:tr>
    </w:tbl>
    <w:p>
      <w:pPr>
        <w:spacing w:after="0"/>
        <w:jc w:val="center"/>
      </w:pPr>
      <w:hyperlink r:id="rId52">
        <w:r>
          <w:rPr>
            <w:color w:val="666666"/>
            <w:u w:val="single"/>
            <w:sz w:val="14"/>
          </w:rPr>
          <w:t>Source: Wikipedia — Papaya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Guava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923222" cy="3017519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.jp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923222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Psidium guajava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Amrood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Botanically, guava is a berry with many small seeds embedded in fragrant pulp.</w:t>
            </w:r>
          </w:p>
        </w:tc>
      </w:tr>
    </w:tbl>
    <w:p>
      <w:pPr>
        <w:spacing w:after="100"/>
        <w:jc w:val="center"/>
      </w:pPr>
      <w:hyperlink r:id="rId54">
        <w:r>
          <w:rPr>
            <w:color w:val="666666"/>
            <w:u w:val="single"/>
            <w:sz w:val="14"/>
          </w:rPr>
          <w:t>Source: Wikipedia — Psidium guajava</w:t>
        </w:r>
      </w:hyperlink>
    </w:p>
    <w:p>
      <w:pPr>
        <w:pStyle w:val="Heading2"/>
        <w:keepNext/>
        <w:jc w:val="center"/>
      </w:pPr>
      <w:r>
        <w:t>Pomegranate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554747" cy="301752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4.jp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554747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Punica granatum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Anar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The juicy red part around each seed is an aril, not the seed itself.</w:t>
            </w:r>
          </w:p>
        </w:tc>
      </w:tr>
    </w:tbl>
    <w:p>
      <w:pPr>
        <w:spacing w:after="0"/>
        <w:jc w:val="center"/>
      </w:pPr>
      <w:hyperlink r:id="rId56">
        <w:r>
          <w:rPr>
            <w:color w:val="666666"/>
            <w:u w:val="single"/>
            <w:sz w:val="14"/>
          </w:rPr>
          <w:t>Source: Wikipedia — Pomegranate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Lemon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5.jp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Citrus × limon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Nimbu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Genetic evidence shows lemon arose as a hybrid involving citron and bitter orange.</w:t>
            </w:r>
          </w:p>
        </w:tc>
      </w:tr>
    </w:tbl>
    <w:p>
      <w:pPr>
        <w:spacing w:after="100"/>
        <w:jc w:val="center"/>
      </w:pPr>
      <w:hyperlink r:id="rId58">
        <w:r>
          <w:rPr>
            <w:color w:val="666666"/>
            <w:u w:val="single"/>
            <w:sz w:val="14"/>
          </w:rPr>
          <w:t>Source: Wikipedia — Lemon</w:t>
        </w:r>
      </w:hyperlink>
    </w:p>
    <w:p>
      <w:pPr>
        <w:pStyle w:val="Heading2"/>
        <w:keepNext/>
        <w:jc w:val="center"/>
      </w:pPr>
      <w:r>
        <w:t>Sweet orange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426574" cy="3017519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6.jp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426574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Citrus × sinensis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Santra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Sweet orange is an ancient hybrid descended mainly from mandarin and pomelo.</w:t>
            </w:r>
          </w:p>
        </w:tc>
      </w:tr>
    </w:tbl>
    <w:p>
      <w:pPr>
        <w:spacing w:after="0"/>
        <w:jc w:val="center"/>
      </w:pPr>
      <w:hyperlink r:id="rId60">
        <w:r>
          <w:rPr>
            <w:color w:val="666666"/>
            <w:u w:val="single"/>
            <w:sz w:val="14"/>
          </w:rPr>
          <w:t>Source: Wikipedia — Citrus × sinensis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Apple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89320" cy="2030754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7.jp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2030754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Malus domestica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Seb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Most edible flesh develops from flower tissue around the ovary; the core is the true fruit.</w:t>
            </w:r>
          </w:p>
        </w:tc>
      </w:tr>
    </w:tbl>
    <w:p>
      <w:pPr>
        <w:spacing w:after="100"/>
        <w:jc w:val="center"/>
      </w:pPr>
      <w:hyperlink r:id="rId62">
        <w:r>
          <w:rPr>
            <w:color w:val="666666"/>
            <w:u w:val="single"/>
            <w:sz w:val="14"/>
          </w:rPr>
          <w:t>Source: Wikipedia — Apple</w:t>
        </w:r>
      </w:hyperlink>
    </w:p>
    <w:p>
      <w:pPr>
        <w:pStyle w:val="Heading2"/>
        <w:keepNext/>
        <w:jc w:val="center"/>
      </w:pPr>
      <w:r>
        <w:t>Grapevine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706758" cy="301752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8.jp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70675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Vitis vinifera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Angoor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Grapevines climb with tendrils, and each grape is botanically a berry.</w:t>
            </w:r>
          </w:p>
        </w:tc>
      </w:tr>
    </w:tbl>
    <w:p>
      <w:pPr>
        <w:spacing w:after="0"/>
        <w:jc w:val="center"/>
      </w:pPr>
      <w:hyperlink r:id="rId64">
        <w:r>
          <w:rPr>
            <w:color w:val="666666"/>
            <w:u w:val="single"/>
            <w:sz w:val="14"/>
          </w:rPr>
          <w:t>Source: Wikipedia — Vitis vinifera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Strawberry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9.jp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Fragaria × ananassa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Strawberry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 strawberry is not a true berry; the 'seeds' outside are separate fruits called achenes.</w:t>
            </w:r>
          </w:p>
        </w:tc>
      </w:tr>
    </w:tbl>
    <w:p>
      <w:pPr>
        <w:spacing w:after="100"/>
        <w:jc w:val="center"/>
      </w:pPr>
      <w:hyperlink r:id="rId66">
        <w:r>
          <w:rPr>
            <w:color w:val="666666"/>
            <w:u w:val="single"/>
            <w:sz w:val="14"/>
          </w:rPr>
          <w:t>Source: Wikipedia — Strawberry</w:t>
        </w:r>
      </w:hyperlink>
    </w:p>
    <w:p>
      <w:pPr>
        <w:pStyle w:val="Heading2"/>
        <w:keepNext/>
        <w:jc w:val="center"/>
      </w:pPr>
      <w:r>
        <w:t>Pineapple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497658" cy="301752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0.jp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49765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Ananas comosus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Ananas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One pineapple is a multiple fruit formed when many flowers and their ovaries fuse together.</w:t>
            </w:r>
          </w:p>
        </w:tc>
      </w:tr>
    </w:tbl>
    <w:p>
      <w:pPr>
        <w:spacing w:after="0"/>
        <w:jc w:val="center"/>
      </w:pPr>
      <w:hyperlink r:id="rId68">
        <w:r>
          <w:rPr>
            <w:color w:val="666666"/>
            <w:u w:val="single"/>
            <w:sz w:val="14"/>
          </w:rPr>
          <w:t>Source: Wikipedia — Pineapple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Watermelon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006650" cy="3017519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1.jp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06650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Citrullus lanatus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Tarbooz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Its fruit is a specialised berry called a pepo, with a hard rind and fleshy centre.</w:t>
            </w:r>
          </w:p>
        </w:tc>
      </w:tr>
    </w:tbl>
    <w:p>
      <w:pPr>
        <w:spacing w:after="100"/>
        <w:jc w:val="center"/>
      </w:pPr>
      <w:hyperlink r:id="rId70">
        <w:r>
          <w:rPr>
            <w:color w:val="666666"/>
            <w:u w:val="single"/>
            <w:sz w:val="14"/>
          </w:rPr>
          <w:t>Source: Wikipedia — Watermelon</w:t>
        </w:r>
      </w:hyperlink>
    </w:p>
    <w:p>
      <w:pPr>
        <w:pStyle w:val="Heading2"/>
        <w:keepNext/>
        <w:jc w:val="center"/>
      </w:pPr>
      <w:r>
        <w:t>Tomato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627059" cy="301752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2.jpg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627059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Solanum lycopersicum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Tamatar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Botanically a berry, tomato was domesticated in the Americas before spreading around the world.</w:t>
            </w:r>
          </w:p>
        </w:tc>
      </w:tr>
    </w:tbl>
    <w:p>
      <w:pPr>
        <w:spacing w:after="0"/>
        <w:jc w:val="center"/>
      </w:pPr>
      <w:hyperlink r:id="rId72">
        <w:r>
          <w:rPr>
            <w:color w:val="666666"/>
            <w:u w:val="single"/>
            <w:sz w:val="14"/>
          </w:rPr>
          <w:t>Source: Wikipedia — Tomato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Eggplant (Brinjal)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764048" cy="301752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3.jpg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76404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Solanum melongena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Baingan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Some traditional varieties are small, white and egg-shaped, which explains the English name 'eggplant'.</w:t>
            </w:r>
          </w:p>
        </w:tc>
      </w:tr>
    </w:tbl>
    <w:p>
      <w:pPr>
        <w:spacing w:after="100"/>
        <w:jc w:val="center"/>
      </w:pPr>
      <w:hyperlink r:id="rId74">
        <w:r>
          <w:rPr>
            <w:color w:val="666666"/>
            <w:u w:val="single"/>
            <w:sz w:val="14"/>
          </w:rPr>
          <w:t>Source: Wikipedia — Eggplant</w:t>
        </w:r>
      </w:hyperlink>
    </w:p>
    <w:p>
      <w:pPr>
        <w:pStyle w:val="Heading2"/>
        <w:keepNext/>
        <w:jc w:val="center"/>
      </w:pPr>
      <w:r>
        <w:t>Chili pepper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771900" cy="301752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4.jpg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Capsicum annuum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Mirch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Most capsaicin is produced in the pale inner placenta, not in the seeds themselves.</w:t>
            </w:r>
          </w:p>
        </w:tc>
      </w:tr>
    </w:tbl>
    <w:p>
      <w:pPr>
        <w:spacing w:after="0"/>
        <w:jc w:val="center"/>
      </w:pPr>
      <w:hyperlink r:id="rId76">
        <w:r>
          <w:rPr>
            <w:color w:val="666666"/>
            <w:u w:val="single"/>
            <w:sz w:val="14"/>
          </w:rPr>
          <w:t>Source: Wikipedia — Chili pepper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Okra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5.jpg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Abelmoschus esculentus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Bhindi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Its pods release mucilage when cooked, naturally thickening soups and stews.</w:t>
            </w:r>
          </w:p>
        </w:tc>
      </w:tr>
    </w:tbl>
    <w:p>
      <w:pPr>
        <w:spacing w:after="100"/>
        <w:jc w:val="center"/>
      </w:pPr>
      <w:hyperlink r:id="rId78">
        <w:r>
          <w:rPr>
            <w:color w:val="666666"/>
            <w:u w:val="single"/>
            <w:sz w:val="14"/>
          </w:rPr>
          <w:t>Source: Wikipedia — Okra</w:t>
        </w:r>
      </w:hyperlink>
    </w:p>
    <w:p>
      <w:pPr>
        <w:pStyle w:val="Heading2"/>
        <w:keepNext/>
        <w:jc w:val="center"/>
      </w:pPr>
      <w:r>
        <w:t>Cucumber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103211" cy="3017519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6.jpg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103211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Cucumis sativus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Kheera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Cucumber fruits are about 95 percent water, and bee pollination is important for many varieties.</w:t>
            </w:r>
          </w:p>
        </w:tc>
      </w:tr>
    </w:tbl>
    <w:p>
      <w:pPr>
        <w:spacing w:after="0"/>
        <w:jc w:val="center"/>
      </w:pPr>
      <w:hyperlink r:id="rId80">
        <w:r>
          <w:rPr>
            <w:color w:val="666666"/>
            <w:u w:val="single"/>
            <w:sz w:val="14"/>
          </w:rPr>
          <w:t>Source: Wikipedia — Cucumber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Pumpkin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7.jpg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Cucurbita spp.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Kaddu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Pumpkins are pepo fruits; their blossoms are edible and are used in several cuisines.</w:t>
            </w:r>
          </w:p>
        </w:tc>
      </w:tr>
    </w:tbl>
    <w:p>
      <w:pPr>
        <w:spacing w:after="100"/>
        <w:jc w:val="center"/>
      </w:pPr>
      <w:hyperlink r:id="rId82">
        <w:r>
          <w:rPr>
            <w:color w:val="666666"/>
            <w:u w:val="single"/>
            <w:sz w:val="14"/>
          </w:rPr>
          <w:t>Source: Wikipedia — Pumpkin</w:t>
        </w:r>
      </w:hyperlink>
    </w:p>
    <w:p>
      <w:pPr>
        <w:pStyle w:val="Heading2"/>
        <w:keepNext/>
        <w:jc w:val="center"/>
      </w:pPr>
      <w:r>
        <w:t>Bottle gourd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3359" cy="3017519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8.jpg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023359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Lagenaria siceraria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Lauki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It is among the earliest domesticated plants; dried shells have long served as bottles and utensils.</w:t>
            </w:r>
          </w:p>
        </w:tc>
      </w:tr>
    </w:tbl>
    <w:p>
      <w:pPr>
        <w:spacing w:after="0"/>
        <w:jc w:val="center"/>
      </w:pPr>
      <w:hyperlink r:id="rId84">
        <w:r>
          <w:rPr>
            <w:color w:val="666666"/>
            <w:u w:val="single"/>
            <w:sz w:val="14"/>
          </w:rPr>
          <w:t>Source: Wikipedia — Calabash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Bitter melon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054931" cy="301752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9.jpg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054931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Momordica charantia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Karela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At maturity the fruit splits open, revealing seeds covered by vivid red pulp.</w:t>
            </w:r>
          </w:p>
        </w:tc>
      </w:tr>
    </w:tbl>
    <w:p>
      <w:pPr>
        <w:spacing w:after="100"/>
        <w:jc w:val="center"/>
      </w:pPr>
      <w:hyperlink r:id="rId86">
        <w:r>
          <w:rPr>
            <w:color w:val="666666"/>
            <w:u w:val="single"/>
            <w:sz w:val="14"/>
          </w:rPr>
          <w:t>Source: Wikipedia — Momordica charantia</w:t>
        </w:r>
      </w:hyperlink>
    </w:p>
    <w:p>
      <w:pPr>
        <w:pStyle w:val="Heading2"/>
        <w:keepNext/>
        <w:jc w:val="center"/>
      </w:pPr>
      <w:r>
        <w:t>Spinach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313575" cy="301752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.jpg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31357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Spinacia oleracea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Palak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Long days and warm weather make spinach bolt, shifting growth from leaves to flowers.</w:t>
            </w:r>
          </w:p>
        </w:tc>
      </w:tr>
    </w:tbl>
    <w:p>
      <w:pPr>
        <w:spacing w:after="0"/>
        <w:jc w:val="center"/>
      </w:pPr>
      <w:hyperlink r:id="rId88">
        <w:r>
          <w:rPr>
            <w:color w:val="666666"/>
            <w:u w:val="single"/>
            <w:sz w:val="14"/>
          </w:rPr>
          <w:t>Source: Wikipedia — Spinach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Coriander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395666" cy="3017519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1.jpg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395666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Coriandrum sativum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Dhania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The leaves and dried seeds have strikingly different aromas but come from the same plant.</w:t>
            </w:r>
          </w:p>
        </w:tc>
      </w:tr>
    </w:tbl>
    <w:p>
      <w:pPr>
        <w:spacing w:after="100"/>
        <w:jc w:val="center"/>
      </w:pPr>
      <w:hyperlink r:id="rId90">
        <w:r>
          <w:rPr>
            <w:color w:val="666666"/>
            <w:u w:val="single"/>
            <w:sz w:val="14"/>
          </w:rPr>
          <w:t>Source: Wikipedia — Coriander</w:t>
        </w:r>
      </w:hyperlink>
    </w:p>
    <w:p>
      <w:pPr>
        <w:pStyle w:val="Heading2"/>
        <w:keepNext/>
        <w:jc w:val="center"/>
      </w:pPr>
      <w:r>
        <w:t>Mint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017520" cy="301752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2.jpg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Mentha spp.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Pudina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Mint spreads through underground runners, so it can quickly escape a garden bed.</w:t>
            </w:r>
          </w:p>
        </w:tc>
      </w:tr>
    </w:tbl>
    <w:p>
      <w:pPr>
        <w:spacing w:after="0"/>
        <w:jc w:val="center"/>
      </w:pPr>
      <w:hyperlink r:id="rId92">
        <w:r>
          <w:rPr>
            <w:color w:val="666666"/>
            <w:u w:val="single"/>
            <w:sz w:val="14"/>
          </w:rPr>
          <w:t>Source: Wikipedia — Mentha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Fenugreek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1828617" cy="301752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3.jpg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828617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Trigonella foenum-graecum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Methi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Both leaves and seeds are edible; the aroma includes sotolon, also found in maple syrup.</w:t>
            </w:r>
          </w:p>
        </w:tc>
      </w:tr>
    </w:tbl>
    <w:p>
      <w:pPr>
        <w:spacing w:after="100"/>
        <w:jc w:val="center"/>
      </w:pPr>
      <w:hyperlink r:id="rId94">
        <w:r>
          <w:rPr>
            <w:color w:val="666666"/>
            <w:u w:val="single"/>
            <w:sz w:val="14"/>
          </w:rPr>
          <w:t>Source: Wikipedia — Fenugreek</w:t>
        </w:r>
      </w:hyperlink>
    </w:p>
    <w:p>
      <w:pPr>
        <w:pStyle w:val="Heading2"/>
        <w:keepNext/>
        <w:jc w:val="center"/>
      </w:pPr>
      <w:r>
        <w:t>Mustard plant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380374" cy="3017519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4.jpg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380374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Brassica juncea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Sarson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Its pungent flavour develops when crushed seed compounds react with water.</w:t>
            </w:r>
          </w:p>
        </w:tc>
      </w:tr>
    </w:tbl>
    <w:p>
      <w:pPr>
        <w:spacing w:after="0"/>
        <w:jc w:val="center"/>
      </w:pPr>
      <w:hyperlink r:id="rId96">
        <w:r>
          <w:rPr>
            <w:color w:val="666666"/>
            <w:u w:val="single"/>
            <w:sz w:val="14"/>
          </w:rPr>
          <w:t>Source: Wikipedia — Brassica juncea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Ginger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317455" cy="301752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5.jpg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31745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Zingiber officinale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Adrak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The edible 'root' is actually a rhizome, a horizontal underground stem that produces shoots.</w:t>
            </w:r>
          </w:p>
        </w:tc>
      </w:tr>
    </w:tbl>
    <w:p>
      <w:pPr>
        <w:spacing w:after="100"/>
        <w:jc w:val="center"/>
      </w:pPr>
      <w:hyperlink r:id="rId98">
        <w:r>
          <w:rPr>
            <w:color w:val="666666"/>
            <w:u w:val="single"/>
            <w:sz w:val="14"/>
          </w:rPr>
          <w:t>Source: Wikipedia — Ginger</w:t>
        </w:r>
      </w:hyperlink>
    </w:p>
    <w:p>
      <w:pPr>
        <w:pStyle w:val="Heading2"/>
        <w:keepNext/>
        <w:jc w:val="center"/>
      </w:pPr>
      <w:r>
        <w:t>Turmeric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009668" cy="301752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6.jpg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00966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Curcuma longa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Haldi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The underground rhizome is boiled, dried and ground; curcumin supplies its strong yellow colour.</w:t>
            </w:r>
          </w:p>
        </w:tc>
      </w:tr>
    </w:tbl>
    <w:p>
      <w:pPr>
        <w:spacing w:after="0"/>
        <w:jc w:val="center"/>
      </w:pPr>
      <w:hyperlink r:id="rId100">
        <w:r>
          <w:rPr>
            <w:color w:val="666666"/>
            <w:u w:val="single"/>
            <w:sz w:val="14"/>
          </w:rPr>
          <w:t>Source: Wikipedia — Turmeric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Garlic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1824385" cy="3017519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7.jpg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824385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Allium sativum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Lahsun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 garlic bulb consists of fleshy storage leaves, and each clove can grow a new plant.</w:t>
            </w:r>
          </w:p>
        </w:tc>
      </w:tr>
    </w:tbl>
    <w:p>
      <w:pPr>
        <w:spacing w:after="100"/>
        <w:jc w:val="center"/>
      </w:pPr>
      <w:hyperlink r:id="rId102">
        <w:r>
          <w:rPr>
            <w:color w:val="666666"/>
            <w:u w:val="single"/>
            <w:sz w:val="14"/>
          </w:rPr>
          <w:t>Source: Wikipedia — Garlic</w:t>
        </w:r>
      </w:hyperlink>
    </w:p>
    <w:p>
      <w:pPr>
        <w:pStyle w:val="Heading2"/>
        <w:keepNext/>
        <w:jc w:val="center"/>
      </w:pPr>
      <w:r>
        <w:t>Onion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017520" cy="301752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8.jpg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Allium cepa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Pyaz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An onion's layers are swollen leaf bases; cutting them releases volatile sulfur compounds.</w:t>
            </w:r>
          </w:p>
        </w:tc>
      </w:tr>
    </w:tbl>
    <w:p>
      <w:pPr>
        <w:spacing w:after="0"/>
        <w:jc w:val="center"/>
      </w:pPr>
      <w:hyperlink r:id="rId104">
        <w:r>
          <w:rPr>
            <w:color w:val="666666"/>
            <w:u w:val="single"/>
            <w:sz w:val="14"/>
          </w:rPr>
          <w:t>Source: Wikipedia — Onion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Potato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642338" cy="301752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9.jpg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64233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Solanum tuberosum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Aloo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 potato is a swollen underground stem, and its 'eyes' are buds that can sprout.</w:t>
            </w:r>
          </w:p>
        </w:tc>
      </w:tr>
    </w:tbl>
    <w:p>
      <w:pPr>
        <w:spacing w:after="100"/>
        <w:jc w:val="center"/>
      </w:pPr>
      <w:hyperlink r:id="rId106">
        <w:r>
          <w:rPr>
            <w:color w:val="666666"/>
            <w:u w:val="single"/>
            <w:sz w:val="14"/>
          </w:rPr>
          <w:t>Source: Wikipedia — Potato</w:t>
        </w:r>
      </w:hyperlink>
    </w:p>
    <w:p>
      <w:pPr>
        <w:pStyle w:val="Heading2"/>
        <w:keepNext/>
        <w:jc w:val="center"/>
      </w:pPr>
      <w:r>
        <w:t>Sweet potato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19173" cy="301752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0.jpg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019173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Ipomoea batatas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Shakarkand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Unlike potato, it is a storage root and belongs to the morning-glory family.</w:t>
            </w:r>
          </w:p>
        </w:tc>
      </w:tr>
    </w:tbl>
    <w:p>
      <w:pPr>
        <w:spacing w:after="0"/>
        <w:jc w:val="center"/>
      </w:pPr>
      <w:hyperlink r:id="rId108">
        <w:r>
          <w:rPr>
            <w:color w:val="666666"/>
            <w:u w:val="single"/>
            <w:sz w:val="14"/>
          </w:rPr>
          <w:t>Source: Wikipedia — Sweet potato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Carrot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20145" cy="301752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1.jpg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320145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Daucus carota subsp. sativus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Gajar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Cultivated carrots were often purple or yellow before orange forms became widespread.</w:t>
            </w:r>
          </w:p>
        </w:tc>
      </w:tr>
    </w:tbl>
    <w:p>
      <w:pPr>
        <w:spacing w:after="100"/>
        <w:jc w:val="center"/>
      </w:pPr>
      <w:hyperlink r:id="rId110">
        <w:r>
          <w:rPr>
            <w:color w:val="666666"/>
            <w:u w:val="single"/>
            <w:sz w:val="14"/>
          </w:rPr>
          <w:t>Source: Wikipedia — Carrot</w:t>
        </w:r>
      </w:hyperlink>
    </w:p>
    <w:p>
      <w:pPr>
        <w:pStyle w:val="Heading2"/>
        <w:keepNext/>
        <w:jc w:val="center"/>
      </w:pPr>
      <w:r>
        <w:t>Radish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2.jpg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Raphanus sativus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Mooli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Radish grows quickly, and the crisp seed pods of some varieties are also eaten.</w:t>
            </w:r>
          </w:p>
        </w:tc>
      </w:tr>
    </w:tbl>
    <w:p>
      <w:pPr>
        <w:spacing w:after="0"/>
        <w:jc w:val="center"/>
      </w:pPr>
      <w:hyperlink r:id="rId112">
        <w:r>
          <w:rPr>
            <w:color w:val="666666"/>
            <w:u w:val="single"/>
            <w:sz w:val="14"/>
          </w:rPr>
          <w:t>Source: Wikipedia — Radish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Beetroot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006650" cy="3017519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3.jpg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2006650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Beta vulgaris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Chukandar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Each corky 'seed' is often a cluster of true seeds, so several seedlings may emerge.</w:t>
            </w:r>
          </w:p>
        </w:tc>
      </w:tr>
    </w:tbl>
    <w:p>
      <w:pPr>
        <w:spacing w:after="100"/>
        <w:jc w:val="center"/>
      </w:pPr>
      <w:hyperlink r:id="rId114">
        <w:r>
          <w:rPr>
            <w:color w:val="666666"/>
            <w:u w:val="single"/>
            <w:sz w:val="14"/>
          </w:rPr>
          <w:t>Source: Wikipedia — Beetroot</w:t>
        </w:r>
      </w:hyperlink>
    </w:p>
    <w:p>
      <w:pPr>
        <w:pStyle w:val="Heading2"/>
        <w:keepNext/>
        <w:jc w:val="center"/>
      </w:pPr>
      <w:r>
        <w:t>Cabbage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989320" cy="2699873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4.jpg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269987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Brassica oleracea var. capitata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Patta gobhi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Cabbage, broccoli, cauliflower and kale are forms of one species shaped by selective breeding.</w:t>
            </w:r>
          </w:p>
        </w:tc>
      </w:tr>
    </w:tbl>
    <w:p>
      <w:pPr>
        <w:spacing w:after="0"/>
        <w:jc w:val="center"/>
      </w:pPr>
      <w:hyperlink r:id="rId116">
        <w:r>
          <w:rPr>
            <w:color w:val="666666"/>
            <w:u w:val="single"/>
            <w:sz w:val="14"/>
          </w:rPr>
          <w:t>Source: Wikipedia — Cabbage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Cauliflower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771900" cy="301752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5.jpg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Brassica oleracea var. botrytis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Phool gobhi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The edible white curd is a mass of compact, undeveloped flower structures.</w:t>
            </w:r>
          </w:p>
        </w:tc>
      </w:tr>
    </w:tbl>
    <w:p>
      <w:pPr>
        <w:spacing w:after="100"/>
        <w:jc w:val="center"/>
      </w:pPr>
      <w:hyperlink r:id="rId118">
        <w:r>
          <w:rPr>
            <w:color w:val="666666"/>
            <w:u w:val="single"/>
            <w:sz w:val="14"/>
          </w:rPr>
          <w:t>Source: Wikipedia — Cauliflower</w:t>
        </w:r>
      </w:hyperlink>
    </w:p>
    <w:p>
      <w:pPr>
        <w:pStyle w:val="Heading2"/>
        <w:keepNext/>
        <w:jc w:val="center"/>
      </w:pPr>
      <w:r>
        <w:t>Broccoli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522746" cy="301752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6.jpg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52274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Brassica oleracea var. italica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Broccoli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The head is a dense cluster of unopened flower buds; left unharvested, they bloom yellow.</w:t>
            </w:r>
          </w:p>
        </w:tc>
      </w:tr>
    </w:tbl>
    <w:p>
      <w:pPr>
        <w:spacing w:after="0"/>
        <w:jc w:val="center"/>
      </w:pPr>
      <w:hyperlink r:id="rId120">
        <w:r>
          <w:rPr>
            <w:color w:val="666666"/>
            <w:u w:val="single"/>
            <w:sz w:val="14"/>
          </w:rPr>
          <w:t>Source: Wikipedia — Broccoli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Pea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494288" cy="301752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7.jpg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349428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Pisum sativum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Matar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Root nodules house bacteria that convert atmospheric nitrogen into compounds the plant can use.</w:t>
            </w:r>
          </w:p>
        </w:tc>
      </w:tr>
    </w:tbl>
    <w:p>
      <w:pPr>
        <w:spacing w:after="100"/>
        <w:jc w:val="center"/>
      </w:pPr>
      <w:hyperlink r:id="rId122">
        <w:r>
          <w:rPr>
            <w:color w:val="666666"/>
            <w:u w:val="single"/>
            <w:sz w:val="14"/>
          </w:rPr>
          <w:t>Source: Wikipedia — Pea</w:t>
        </w:r>
      </w:hyperlink>
    </w:p>
    <w:p>
      <w:pPr>
        <w:pStyle w:val="Heading2"/>
        <w:keepNext/>
        <w:jc w:val="center"/>
      </w:pPr>
      <w:r>
        <w:t>Chickpea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8.jpg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Cicer arietinum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Chana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Each small inflated pod usually contains only one or two chickpeas.</w:t>
            </w:r>
          </w:p>
        </w:tc>
      </w:tr>
    </w:tbl>
    <w:p>
      <w:pPr>
        <w:spacing w:after="0"/>
        <w:jc w:val="center"/>
      </w:pPr>
      <w:hyperlink r:id="rId124">
        <w:r>
          <w:rPr>
            <w:color w:val="666666"/>
            <w:u w:val="single"/>
            <w:sz w:val="14"/>
          </w:rPr>
          <w:t>Source: Wikipedia — Chickpea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Lentil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262160" cy="301752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9.jpg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52621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Lens culinaris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Masoor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The optical lens was named for its resemblance to the small, double-convex lentil seed.</w:t>
            </w:r>
          </w:p>
        </w:tc>
      </w:tr>
    </w:tbl>
    <w:p>
      <w:pPr>
        <w:spacing w:after="100"/>
        <w:jc w:val="center"/>
      </w:pPr>
      <w:hyperlink r:id="rId126">
        <w:r>
          <w:rPr>
            <w:color w:val="666666"/>
            <w:u w:val="single"/>
            <w:sz w:val="14"/>
          </w:rPr>
          <w:t>Source: Wikipedia — Lentil</w:t>
        </w:r>
      </w:hyperlink>
    </w:p>
    <w:p>
      <w:pPr>
        <w:pStyle w:val="Heading2"/>
        <w:keepNext/>
        <w:jc w:val="center"/>
      </w:pPr>
      <w:r>
        <w:t>Soybean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030717" cy="3017519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.jpg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030717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Glycine max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Soyabean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Tofu, tempeh, miso and soy sauce all begin with the same protein-rich seed.</w:t>
            </w:r>
          </w:p>
        </w:tc>
      </w:tr>
    </w:tbl>
    <w:p>
      <w:pPr>
        <w:spacing w:after="0"/>
        <w:jc w:val="center"/>
      </w:pPr>
      <w:hyperlink r:id="rId128">
        <w:r>
          <w:rPr>
            <w:color w:val="666666"/>
            <w:u w:val="single"/>
            <w:sz w:val="14"/>
          </w:rPr>
          <w:t>Source: Wikipedia — Soybean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Rice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64480" cy="301752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1.jpg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Oryza sativa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Dhan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Air channels called aerenchyma help rice roots survive in waterlogged paddy soil.</w:t>
            </w:r>
          </w:p>
        </w:tc>
      </w:tr>
    </w:tbl>
    <w:p>
      <w:pPr>
        <w:spacing w:after="100"/>
        <w:jc w:val="center"/>
      </w:pPr>
      <w:hyperlink r:id="rId130">
        <w:r>
          <w:rPr>
            <w:color w:val="666666"/>
            <w:u w:val="single"/>
            <w:sz w:val="14"/>
          </w:rPr>
          <w:t>Source: Wikipedia — Rice</w:t>
        </w:r>
      </w:hyperlink>
    </w:p>
    <w:p>
      <w:pPr>
        <w:pStyle w:val="Heading2"/>
        <w:keepNext/>
        <w:jc w:val="center"/>
      </w:pPr>
      <w:r>
        <w:t>Wheat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528048" cy="3017519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2.jpg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52804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Triticum aestivum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Gehun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Each wheat kernel is a caryopsis, a fruit whose wall is fused to the seed coat.</w:t>
            </w:r>
          </w:p>
        </w:tc>
      </w:tr>
    </w:tbl>
    <w:p>
      <w:pPr>
        <w:spacing w:after="0"/>
        <w:jc w:val="center"/>
      </w:pPr>
      <w:hyperlink r:id="rId132">
        <w:r>
          <w:rPr>
            <w:color w:val="666666"/>
            <w:u w:val="single"/>
            <w:sz w:val="14"/>
          </w:rPr>
          <w:t>Source: Wikipedia — Wheat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Maize (Corn)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214880" cy="301752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3.jpg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Zea mays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Makka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Every silk strand connects to one ovule; successful pollination produces one kernel.</w:t>
            </w:r>
          </w:p>
        </w:tc>
      </w:tr>
    </w:tbl>
    <w:p>
      <w:pPr>
        <w:spacing w:after="100"/>
        <w:jc w:val="center"/>
      </w:pPr>
      <w:hyperlink r:id="rId134">
        <w:r>
          <w:rPr>
            <w:color w:val="666666"/>
            <w:u w:val="single"/>
            <w:sz w:val="14"/>
          </w:rPr>
          <w:t>Source: Wikipedia — Maize</w:t>
        </w:r>
      </w:hyperlink>
    </w:p>
    <w:p>
      <w:pPr>
        <w:pStyle w:val="Heading2"/>
        <w:keepNext/>
        <w:jc w:val="center"/>
      </w:pPr>
      <w:r>
        <w:t>Sugarcane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216228" cy="3017519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4.jpg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221622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Saccharum officinarum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Ganna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Sugar accumulates in the fibrous stems, and crops are commonly propagated from stem cuttings.</w:t>
            </w:r>
          </w:p>
        </w:tc>
      </w:tr>
    </w:tbl>
    <w:p>
      <w:pPr>
        <w:spacing w:after="0"/>
        <w:jc w:val="center"/>
      </w:pPr>
      <w:hyperlink r:id="rId136">
        <w:r>
          <w:rPr>
            <w:color w:val="666666"/>
            <w:u w:val="single"/>
            <w:sz w:val="14"/>
          </w:rPr>
          <w:t>Source: Wikipedia — Sugarcane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Cotton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225848" cy="301752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5.jpg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225848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Gossypium spp.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Kapas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Each cotton fibre is a single, extremely elongated cell growing from the seed coat.</w:t>
            </w:r>
          </w:p>
        </w:tc>
      </w:tr>
    </w:tbl>
    <w:p>
      <w:pPr>
        <w:spacing w:after="100"/>
        <w:jc w:val="center"/>
      </w:pPr>
      <w:hyperlink r:id="rId138">
        <w:r>
          <w:rPr>
            <w:color w:val="666666"/>
            <w:u w:val="single"/>
            <w:sz w:val="14"/>
          </w:rPr>
          <w:t>Source: Wikipedia — Cotton</w:t>
        </w:r>
      </w:hyperlink>
    </w:p>
    <w:p>
      <w:pPr>
        <w:pStyle w:val="Heading2"/>
        <w:keepNext/>
        <w:jc w:val="center"/>
      </w:pPr>
      <w:r>
        <w:t>Tea plant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6.jpg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Camellia sinensis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Chai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Green, oolong and black teas come from the same species but undergo different processing.</w:t>
            </w:r>
          </w:p>
        </w:tc>
      </w:tr>
    </w:tbl>
    <w:p>
      <w:pPr>
        <w:spacing w:after="0"/>
        <w:jc w:val="center"/>
      </w:pPr>
      <w:hyperlink r:id="rId140">
        <w:r>
          <w:rPr>
            <w:color w:val="666666"/>
            <w:u w:val="single"/>
            <w:sz w:val="14"/>
          </w:rPr>
          <w:t>Source: Wikipedia — Camellia sinensis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Coffee plant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7.jpg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Coffea arabica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Coffee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Coffee 'beans' are seeds inside a fruit called a coffee cherry, usually two per fruit.</w:t>
            </w:r>
          </w:p>
        </w:tc>
      </w:tr>
    </w:tbl>
    <w:p>
      <w:pPr>
        <w:spacing w:after="100"/>
        <w:jc w:val="center"/>
      </w:pPr>
      <w:hyperlink r:id="rId142">
        <w:r>
          <w:rPr>
            <w:color w:val="666666"/>
            <w:u w:val="single"/>
            <w:sz w:val="14"/>
          </w:rPr>
          <w:t>Source: Wikipedia — Coffea</w:t>
        </w:r>
      </w:hyperlink>
    </w:p>
    <w:p>
      <w:pPr>
        <w:pStyle w:val="Heading2"/>
        <w:keepNext/>
        <w:jc w:val="center"/>
      </w:pPr>
      <w:r>
        <w:t>Bamboo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263140" cy="301752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.jpg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Bambusa spp.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Baans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Bamboo is a grass; its hollow stems, called culms, can reach tree-like heights.</w:t>
            </w:r>
          </w:p>
        </w:tc>
      </w:tr>
    </w:tbl>
    <w:p>
      <w:pPr>
        <w:spacing w:after="0"/>
        <w:jc w:val="center"/>
      </w:pPr>
      <w:hyperlink r:id="rId144">
        <w:r>
          <w:rPr>
            <w:color w:val="666666"/>
            <w:u w:val="single"/>
            <w:sz w:val="14"/>
          </w:rPr>
          <w:t>Source: Wikipedia — Bamboo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Eucalyptus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768426" cy="301752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.jpg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476842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Eucalyptus spp.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Safeda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Its leaves contain conspicuous oil glands, and bark form is an important identification feature.</w:t>
            </w:r>
          </w:p>
        </w:tc>
      </w:tr>
    </w:tbl>
    <w:p>
      <w:pPr>
        <w:spacing w:after="100"/>
        <w:jc w:val="center"/>
      </w:pPr>
      <w:hyperlink r:id="rId146">
        <w:r>
          <w:rPr>
            <w:color w:val="666666"/>
            <w:u w:val="single"/>
            <w:sz w:val="14"/>
          </w:rPr>
          <w:t>Source: Wikipedia — Eucalyptus</w:t>
        </w:r>
      </w:hyperlink>
    </w:p>
    <w:p>
      <w:pPr>
        <w:pStyle w:val="Heading2"/>
        <w:keepNext/>
        <w:jc w:val="center"/>
      </w:pPr>
      <w:r>
        <w:t>Teak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4023360" cy="301752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0.jpg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02336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Tectona grandis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Sagwan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Natural oils make teak timber unusually resistant to water, fungi and decay.</w:t>
            </w:r>
          </w:p>
        </w:tc>
      </w:tr>
    </w:tbl>
    <w:p>
      <w:pPr>
        <w:spacing w:after="0"/>
        <w:jc w:val="center"/>
      </w:pPr>
      <w:hyperlink r:id="rId148">
        <w:r>
          <w:rPr>
            <w:color w:val="666666"/>
            <w:u w:val="single"/>
            <w:sz w:val="14"/>
          </w:rPr>
          <w:t>Source: Wikipedia — Teak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Sandalwood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2216228" cy="3017519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1.jpg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216228" cy="301751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Santalum album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Chandan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Sandalwood is a root hemiparasite, tapping nearby plants for water and mineral nutrients.</w:t>
            </w:r>
          </w:p>
        </w:tc>
      </w:tr>
    </w:tbl>
    <w:p>
      <w:pPr>
        <w:spacing w:after="100"/>
        <w:jc w:val="center"/>
      </w:pPr>
      <w:hyperlink r:id="rId150">
        <w:r>
          <w:rPr>
            <w:color w:val="666666"/>
            <w:u w:val="single"/>
            <w:sz w:val="14"/>
          </w:rPr>
          <w:t>Source: Wikipedia — Santalum album</w:t>
        </w:r>
      </w:hyperlink>
    </w:p>
    <w:p>
      <w:pPr>
        <w:pStyle w:val="Heading2"/>
        <w:keepNext/>
        <w:jc w:val="center"/>
      </w:pPr>
      <w:r>
        <w:t>Money plant (Pothos)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1695846" cy="301752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2.jpg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695846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Epipremnum aureum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Money plant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It climbs using aerial roots; mature outdoor leaves become much larger and deeply divided.</w:t>
            </w:r>
          </w:p>
        </w:tc>
      </w:tr>
    </w:tbl>
    <w:p>
      <w:pPr>
        <w:spacing w:after="0"/>
        <w:jc w:val="center"/>
      </w:pPr>
      <w:hyperlink r:id="rId152">
        <w:r>
          <w:rPr>
            <w:color w:val="666666"/>
            <w:u w:val="single"/>
            <w:sz w:val="14"/>
          </w:rPr>
          <w:t>Source: Wikipedia — Epipremnum aureum</w:t>
        </w:r>
      </w:hyperlink>
    </w:p>
    <w:p>
      <w:r>
        <w:br w:type="page"/>
      </w:r>
    </w:p>
    <w:p>
      <w:pPr>
        <w:pStyle w:val="Heading2"/>
        <w:keepNext/>
        <w:jc w:val="center"/>
      </w:pPr>
      <w:r>
        <w:t>Snake plant</w:t>
      </w:r>
    </w:p>
    <w:p>
      <w:pPr>
        <w:keepNext/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364480" cy="301752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3.jpg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30175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485"/>
        <w:gridCol w:w="3485"/>
        <w:gridCol w:w="3485"/>
      </w:tblGrid>
      <w:tr>
        <w:trPr>
          <w:cantSplit/>
        </w:trPr>
        <w:tc>
          <w:tcPr>
            <w:tcW w:type="dxa" w:w="2376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Scientific name</w:t>
            </w:r>
          </w:p>
        </w:tc>
        <w:tc>
          <w:tcPr>
            <w:tcW w:type="dxa" w:w="1800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Local name (Hindi)</w:t>
            </w:r>
          </w:p>
        </w:tc>
        <w:tc>
          <w:tcPr>
            <w:tcW w:type="dxa" w:w="5903"/>
            <w:shd w:fill="2F6B4F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5"/>
              </w:rPr>
              <w:t>Interesting fact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Dracaena trifasciata</w:t>
            </w:r>
          </w:p>
        </w:tc>
        <w:tc>
          <w:tcPr>
            <w:tcW w:type="dxa" w:w="1800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/>
                <w:color w:val="000000"/>
                <w:sz w:val="16"/>
              </w:rPr>
              <w:t>Sanp ka paudha</w:t>
            </w:r>
          </w:p>
        </w:tc>
        <w:tc>
          <w:tcPr>
            <w:tcW w:type="dxa" w:w="5903"/>
            <w:vAlign w:val="center"/>
            <w:tcMar>
              <w:top w:w="55" w:type="dxa"/>
              <w:start w:w="90" w:type="dxa"/>
              <w:bottom w:w="55" w:type="dxa"/>
              <w:end w:w="9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000000"/>
                <w:sz w:val="16"/>
              </w:rPr>
              <w:t>It uses CAM photosynthesis, opening most stomata at night to conserve water.</w:t>
            </w:r>
          </w:p>
        </w:tc>
      </w:tr>
    </w:tbl>
    <w:p>
      <w:pPr>
        <w:spacing w:after="100"/>
        <w:jc w:val="center"/>
      </w:pPr>
      <w:hyperlink r:id="rId154">
        <w:r>
          <w:rPr>
            <w:color w:val="666666"/>
            <w:u w:val="single"/>
            <w:sz w:val="14"/>
          </w:rPr>
          <w:t>Source: Wikipedia — Dracaena trifasciata</w:t>
        </w:r>
      </w:hyperlink>
    </w:p>
    <w:sectPr w:rsidR="00FC693F" w:rsidRPr="0006063C" w:rsidSect="00034616">
      <w:pgSz w:w="12240" w:h="15840"/>
      <w:pgMar w:top="605" w:right="893" w:bottom="605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hyperlink" Target="https://en.wikipedia.org/wiki/Mangifera_indica" TargetMode="External"/><Relationship Id="rId11" Type="http://schemas.openxmlformats.org/officeDocument/2006/relationships/image" Target="media/image2.jpg"/><Relationship Id="rId12" Type="http://schemas.openxmlformats.org/officeDocument/2006/relationships/hyperlink" Target="https://en.wikipedia.org/wiki/Azadirachta_indica" TargetMode="External"/><Relationship Id="rId13" Type="http://schemas.openxmlformats.org/officeDocument/2006/relationships/image" Target="media/image3.jpg"/><Relationship Id="rId14" Type="http://schemas.openxmlformats.org/officeDocument/2006/relationships/hyperlink" Target="https://en.wikipedia.org/wiki/Ficus_benghalensis" TargetMode="External"/><Relationship Id="rId15" Type="http://schemas.openxmlformats.org/officeDocument/2006/relationships/image" Target="media/image4.jpg"/><Relationship Id="rId16" Type="http://schemas.openxmlformats.org/officeDocument/2006/relationships/hyperlink" Target="https://en.wikipedia.org/wiki/Ficus_religiosa" TargetMode="External"/><Relationship Id="rId17" Type="http://schemas.openxmlformats.org/officeDocument/2006/relationships/image" Target="media/image5.jpg"/><Relationship Id="rId18" Type="http://schemas.openxmlformats.org/officeDocument/2006/relationships/hyperlink" Target="https://en.wikipedia.org/wiki/Ocimum_tenuiflorum" TargetMode="External"/><Relationship Id="rId19" Type="http://schemas.openxmlformats.org/officeDocument/2006/relationships/image" Target="media/image6.jpg"/><Relationship Id="rId20" Type="http://schemas.openxmlformats.org/officeDocument/2006/relationships/hyperlink" Target="https://en.wikipedia.org/wiki/Aloe_vera" TargetMode="External"/><Relationship Id="rId21" Type="http://schemas.openxmlformats.org/officeDocument/2006/relationships/image" Target="media/image7.jpg"/><Relationship Id="rId22" Type="http://schemas.openxmlformats.org/officeDocument/2006/relationships/hyperlink" Target="https://en.wikipedia.org/wiki/Hibiscus_%C3%97_rosa-sinensis" TargetMode="External"/><Relationship Id="rId23" Type="http://schemas.openxmlformats.org/officeDocument/2006/relationships/image" Target="media/image8.jpg"/><Relationship Id="rId24" Type="http://schemas.openxmlformats.org/officeDocument/2006/relationships/hyperlink" Target="https://en.wikipedia.org/wiki/Rose" TargetMode="External"/><Relationship Id="rId25" Type="http://schemas.openxmlformats.org/officeDocument/2006/relationships/image" Target="media/image9.jpg"/><Relationship Id="rId26" Type="http://schemas.openxmlformats.org/officeDocument/2006/relationships/hyperlink" Target="https://en.wikipedia.org/wiki/Jasminum_sambac" TargetMode="External"/><Relationship Id="rId27" Type="http://schemas.openxmlformats.org/officeDocument/2006/relationships/image" Target="media/image10.jpg"/><Relationship Id="rId28" Type="http://schemas.openxmlformats.org/officeDocument/2006/relationships/hyperlink" Target="https://en.wikipedia.org/wiki/Tagetes_erecta" TargetMode="External"/><Relationship Id="rId29" Type="http://schemas.openxmlformats.org/officeDocument/2006/relationships/image" Target="media/image11.jpg"/><Relationship Id="rId30" Type="http://schemas.openxmlformats.org/officeDocument/2006/relationships/hyperlink" Target="https://en.wikipedia.org/wiki/Common_sunflower" TargetMode="External"/><Relationship Id="rId31" Type="http://schemas.openxmlformats.org/officeDocument/2006/relationships/image" Target="media/image12.jpg"/><Relationship Id="rId32" Type="http://schemas.openxmlformats.org/officeDocument/2006/relationships/hyperlink" Target="https://en.wikipedia.org/wiki/Nelumbo_nucifera" TargetMode="External"/><Relationship Id="rId33" Type="http://schemas.openxmlformats.org/officeDocument/2006/relationships/image" Target="media/image13.jpg"/><Relationship Id="rId34" Type="http://schemas.openxmlformats.org/officeDocument/2006/relationships/hyperlink" Target="https://en.wikipedia.org/wiki/Nymphaea" TargetMode="External"/><Relationship Id="rId35" Type="http://schemas.openxmlformats.org/officeDocument/2006/relationships/image" Target="media/image14.jpg"/><Relationship Id="rId36" Type="http://schemas.openxmlformats.org/officeDocument/2006/relationships/hyperlink" Target="https://en.wikipedia.org/wiki/Bougainvillea" TargetMode="External"/><Relationship Id="rId37" Type="http://schemas.openxmlformats.org/officeDocument/2006/relationships/image" Target="media/image15.jpg"/><Relationship Id="rId38" Type="http://schemas.openxmlformats.org/officeDocument/2006/relationships/hyperlink" Target="https://en.wikipedia.org/wiki/Ixora_coccinea" TargetMode="External"/><Relationship Id="rId39" Type="http://schemas.openxmlformats.org/officeDocument/2006/relationships/image" Target="media/image16.jpg"/><Relationship Id="rId40" Type="http://schemas.openxmlformats.org/officeDocument/2006/relationships/hyperlink" Target="https://en.wikipedia.org/wiki/Plumeria" TargetMode="External"/><Relationship Id="rId41" Type="http://schemas.openxmlformats.org/officeDocument/2006/relationships/image" Target="media/image17.jpg"/><Relationship Id="rId42" Type="http://schemas.openxmlformats.org/officeDocument/2006/relationships/hyperlink" Target="https://en.wikipedia.org/wiki/Delonix_regia" TargetMode="External"/><Relationship Id="rId43" Type="http://schemas.openxmlformats.org/officeDocument/2006/relationships/image" Target="media/image18.jpg"/><Relationship Id="rId44" Type="http://schemas.openxmlformats.org/officeDocument/2006/relationships/hyperlink" Target="https://en.wikipedia.org/wiki/Saraca_asoca" TargetMode="External"/><Relationship Id="rId45" Type="http://schemas.openxmlformats.org/officeDocument/2006/relationships/image" Target="media/image19.jpg"/><Relationship Id="rId46" Type="http://schemas.openxmlformats.org/officeDocument/2006/relationships/hyperlink" Target="https://en.wikipedia.org/wiki/Curry_tree" TargetMode="External"/><Relationship Id="rId47" Type="http://schemas.openxmlformats.org/officeDocument/2006/relationships/image" Target="media/image20.jpg"/><Relationship Id="rId48" Type="http://schemas.openxmlformats.org/officeDocument/2006/relationships/hyperlink" Target="https://en.wikipedia.org/wiki/Coconut" TargetMode="External"/><Relationship Id="rId49" Type="http://schemas.openxmlformats.org/officeDocument/2006/relationships/image" Target="media/image21.jpg"/><Relationship Id="rId50" Type="http://schemas.openxmlformats.org/officeDocument/2006/relationships/hyperlink" Target="https://en.wikipedia.org/wiki/Banana" TargetMode="External"/><Relationship Id="rId51" Type="http://schemas.openxmlformats.org/officeDocument/2006/relationships/image" Target="media/image22.jpg"/><Relationship Id="rId52" Type="http://schemas.openxmlformats.org/officeDocument/2006/relationships/hyperlink" Target="https://en.wikipedia.org/wiki/Papaya" TargetMode="External"/><Relationship Id="rId53" Type="http://schemas.openxmlformats.org/officeDocument/2006/relationships/image" Target="media/image23.jpg"/><Relationship Id="rId54" Type="http://schemas.openxmlformats.org/officeDocument/2006/relationships/hyperlink" Target="https://en.wikipedia.org/wiki/Psidium_guajava" TargetMode="External"/><Relationship Id="rId55" Type="http://schemas.openxmlformats.org/officeDocument/2006/relationships/image" Target="media/image24.jpg"/><Relationship Id="rId56" Type="http://schemas.openxmlformats.org/officeDocument/2006/relationships/hyperlink" Target="https://en.wikipedia.org/wiki/Pomegranate" TargetMode="External"/><Relationship Id="rId57" Type="http://schemas.openxmlformats.org/officeDocument/2006/relationships/image" Target="media/image25.jpg"/><Relationship Id="rId58" Type="http://schemas.openxmlformats.org/officeDocument/2006/relationships/hyperlink" Target="https://en.wikipedia.org/wiki/Lemon" TargetMode="External"/><Relationship Id="rId59" Type="http://schemas.openxmlformats.org/officeDocument/2006/relationships/image" Target="media/image26.jpg"/><Relationship Id="rId60" Type="http://schemas.openxmlformats.org/officeDocument/2006/relationships/hyperlink" Target="https://en.wikipedia.org/wiki/Citrus_%C3%97_sinensis" TargetMode="External"/><Relationship Id="rId61" Type="http://schemas.openxmlformats.org/officeDocument/2006/relationships/image" Target="media/image27.jpg"/><Relationship Id="rId62" Type="http://schemas.openxmlformats.org/officeDocument/2006/relationships/hyperlink" Target="https://en.wikipedia.org/wiki/Apple" TargetMode="External"/><Relationship Id="rId63" Type="http://schemas.openxmlformats.org/officeDocument/2006/relationships/image" Target="media/image28.jpg"/><Relationship Id="rId64" Type="http://schemas.openxmlformats.org/officeDocument/2006/relationships/hyperlink" Target="https://en.wikipedia.org/wiki/Vitis_vinifera" TargetMode="External"/><Relationship Id="rId65" Type="http://schemas.openxmlformats.org/officeDocument/2006/relationships/image" Target="media/image29.jpg"/><Relationship Id="rId66" Type="http://schemas.openxmlformats.org/officeDocument/2006/relationships/hyperlink" Target="https://en.wikipedia.org/wiki/Strawberry" TargetMode="External"/><Relationship Id="rId67" Type="http://schemas.openxmlformats.org/officeDocument/2006/relationships/image" Target="media/image30.jpg"/><Relationship Id="rId68" Type="http://schemas.openxmlformats.org/officeDocument/2006/relationships/hyperlink" Target="https://en.wikipedia.org/wiki/Pineapple" TargetMode="External"/><Relationship Id="rId69" Type="http://schemas.openxmlformats.org/officeDocument/2006/relationships/image" Target="media/image31.jpg"/><Relationship Id="rId70" Type="http://schemas.openxmlformats.org/officeDocument/2006/relationships/hyperlink" Target="https://en.wikipedia.org/wiki/Watermelon" TargetMode="External"/><Relationship Id="rId71" Type="http://schemas.openxmlformats.org/officeDocument/2006/relationships/image" Target="media/image32.jpg"/><Relationship Id="rId72" Type="http://schemas.openxmlformats.org/officeDocument/2006/relationships/hyperlink" Target="https://en.wikipedia.org/wiki/Tomato" TargetMode="External"/><Relationship Id="rId73" Type="http://schemas.openxmlformats.org/officeDocument/2006/relationships/image" Target="media/image33.jpg"/><Relationship Id="rId74" Type="http://schemas.openxmlformats.org/officeDocument/2006/relationships/hyperlink" Target="https://en.wikipedia.org/wiki/Eggplant" TargetMode="External"/><Relationship Id="rId75" Type="http://schemas.openxmlformats.org/officeDocument/2006/relationships/image" Target="media/image34.jpg"/><Relationship Id="rId76" Type="http://schemas.openxmlformats.org/officeDocument/2006/relationships/hyperlink" Target="https://en.wikipedia.org/wiki/Chili_pepper" TargetMode="External"/><Relationship Id="rId77" Type="http://schemas.openxmlformats.org/officeDocument/2006/relationships/image" Target="media/image35.jpg"/><Relationship Id="rId78" Type="http://schemas.openxmlformats.org/officeDocument/2006/relationships/hyperlink" Target="https://en.wikipedia.org/wiki/Okra" TargetMode="External"/><Relationship Id="rId79" Type="http://schemas.openxmlformats.org/officeDocument/2006/relationships/image" Target="media/image36.jpg"/><Relationship Id="rId80" Type="http://schemas.openxmlformats.org/officeDocument/2006/relationships/hyperlink" Target="https://en.wikipedia.org/wiki/Cucumber" TargetMode="External"/><Relationship Id="rId81" Type="http://schemas.openxmlformats.org/officeDocument/2006/relationships/image" Target="media/image37.jpg"/><Relationship Id="rId82" Type="http://schemas.openxmlformats.org/officeDocument/2006/relationships/hyperlink" Target="https://en.wikipedia.org/wiki/Pumpkin" TargetMode="External"/><Relationship Id="rId83" Type="http://schemas.openxmlformats.org/officeDocument/2006/relationships/image" Target="media/image38.jpg"/><Relationship Id="rId84" Type="http://schemas.openxmlformats.org/officeDocument/2006/relationships/hyperlink" Target="https://en.wikipedia.org/wiki/Calabash" TargetMode="External"/><Relationship Id="rId85" Type="http://schemas.openxmlformats.org/officeDocument/2006/relationships/image" Target="media/image39.jpg"/><Relationship Id="rId86" Type="http://schemas.openxmlformats.org/officeDocument/2006/relationships/hyperlink" Target="https://en.wikipedia.org/wiki/Momordica_charantia" TargetMode="External"/><Relationship Id="rId87" Type="http://schemas.openxmlformats.org/officeDocument/2006/relationships/image" Target="media/image40.jpg"/><Relationship Id="rId88" Type="http://schemas.openxmlformats.org/officeDocument/2006/relationships/hyperlink" Target="https://en.wikipedia.org/wiki/Spinach" TargetMode="External"/><Relationship Id="rId89" Type="http://schemas.openxmlformats.org/officeDocument/2006/relationships/image" Target="media/image41.jpg"/><Relationship Id="rId90" Type="http://schemas.openxmlformats.org/officeDocument/2006/relationships/hyperlink" Target="https://en.wikipedia.org/wiki/Coriander" TargetMode="External"/><Relationship Id="rId91" Type="http://schemas.openxmlformats.org/officeDocument/2006/relationships/image" Target="media/image42.jpg"/><Relationship Id="rId92" Type="http://schemas.openxmlformats.org/officeDocument/2006/relationships/hyperlink" Target="https://en.wikipedia.org/wiki/Mentha" TargetMode="External"/><Relationship Id="rId93" Type="http://schemas.openxmlformats.org/officeDocument/2006/relationships/image" Target="media/image43.jpg"/><Relationship Id="rId94" Type="http://schemas.openxmlformats.org/officeDocument/2006/relationships/hyperlink" Target="https://en.wikipedia.org/wiki/Fenugreek" TargetMode="External"/><Relationship Id="rId95" Type="http://schemas.openxmlformats.org/officeDocument/2006/relationships/image" Target="media/image44.jpg"/><Relationship Id="rId96" Type="http://schemas.openxmlformats.org/officeDocument/2006/relationships/hyperlink" Target="https://en.wikipedia.org/wiki/Brassica_juncea" TargetMode="External"/><Relationship Id="rId97" Type="http://schemas.openxmlformats.org/officeDocument/2006/relationships/image" Target="media/image45.jpg"/><Relationship Id="rId98" Type="http://schemas.openxmlformats.org/officeDocument/2006/relationships/hyperlink" Target="https://en.wikipedia.org/wiki/Ginger" TargetMode="External"/><Relationship Id="rId99" Type="http://schemas.openxmlformats.org/officeDocument/2006/relationships/image" Target="media/image46.jpg"/><Relationship Id="rId100" Type="http://schemas.openxmlformats.org/officeDocument/2006/relationships/hyperlink" Target="https://en.wikipedia.org/wiki/Turmeric" TargetMode="External"/><Relationship Id="rId101" Type="http://schemas.openxmlformats.org/officeDocument/2006/relationships/image" Target="media/image47.jpg"/><Relationship Id="rId102" Type="http://schemas.openxmlformats.org/officeDocument/2006/relationships/hyperlink" Target="https://en.wikipedia.org/wiki/Garlic" TargetMode="External"/><Relationship Id="rId103" Type="http://schemas.openxmlformats.org/officeDocument/2006/relationships/image" Target="media/image48.jpg"/><Relationship Id="rId104" Type="http://schemas.openxmlformats.org/officeDocument/2006/relationships/hyperlink" Target="https://en.wikipedia.org/wiki/Onion" TargetMode="External"/><Relationship Id="rId105" Type="http://schemas.openxmlformats.org/officeDocument/2006/relationships/image" Target="media/image49.jpg"/><Relationship Id="rId106" Type="http://schemas.openxmlformats.org/officeDocument/2006/relationships/hyperlink" Target="https://en.wikipedia.org/wiki/Potato" TargetMode="External"/><Relationship Id="rId107" Type="http://schemas.openxmlformats.org/officeDocument/2006/relationships/image" Target="media/image50.jpg"/><Relationship Id="rId108" Type="http://schemas.openxmlformats.org/officeDocument/2006/relationships/hyperlink" Target="https://en.wikipedia.org/wiki/Sweet_potato" TargetMode="External"/><Relationship Id="rId109" Type="http://schemas.openxmlformats.org/officeDocument/2006/relationships/image" Target="media/image51.jpg"/><Relationship Id="rId110" Type="http://schemas.openxmlformats.org/officeDocument/2006/relationships/hyperlink" Target="https://en.wikipedia.org/wiki/Carrot" TargetMode="External"/><Relationship Id="rId111" Type="http://schemas.openxmlformats.org/officeDocument/2006/relationships/image" Target="media/image52.jpg"/><Relationship Id="rId112" Type="http://schemas.openxmlformats.org/officeDocument/2006/relationships/hyperlink" Target="https://en.wikipedia.org/wiki/Radish" TargetMode="External"/><Relationship Id="rId113" Type="http://schemas.openxmlformats.org/officeDocument/2006/relationships/image" Target="media/image53.jpg"/><Relationship Id="rId114" Type="http://schemas.openxmlformats.org/officeDocument/2006/relationships/hyperlink" Target="https://en.wikipedia.org/wiki/Beetroot" TargetMode="External"/><Relationship Id="rId115" Type="http://schemas.openxmlformats.org/officeDocument/2006/relationships/image" Target="media/image54.jpg"/><Relationship Id="rId116" Type="http://schemas.openxmlformats.org/officeDocument/2006/relationships/hyperlink" Target="https://en.wikipedia.org/wiki/Cabbage" TargetMode="External"/><Relationship Id="rId117" Type="http://schemas.openxmlformats.org/officeDocument/2006/relationships/image" Target="media/image55.jpg"/><Relationship Id="rId118" Type="http://schemas.openxmlformats.org/officeDocument/2006/relationships/hyperlink" Target="https://en.wikipedia.org/wiki/Cauliflower" TargetMode="External"/><Relationship Id="rId119" Type="http://schemas.openxmlformats.org/officeDocument/2006/relationships/image" Target="media/image56.jpg"/><Relationship Id="rId120" Type="http://schemas.openxmlformats.org/officeDocument/2006/relationships/hyperlink" Target="https://en.wikipedia.org/wiki/Broccoli" TargetMode="External"/><Relationship Id="rId121" Type="http://schemas.openxmlformats.org/officeDocument/2006/relationships/image" Target="media/image57.jpg"/><Relationship Id="rId122" Type="http://schemas.openxmlformats.org/officeDocument/2006/relationships/hyperlink" Target="https://en.wikipedia.org/wiki/Pea" TargetMode="External"/><Relationship Id="rId123" Type="http://schemas.openxmlformats.org/officeDocument/2006/relationships/image" Target="media/image58.jpg"/><Relationship Id="rId124" Type="http://schemas.openxmlformats.org/officeDocument/2006/relationships/hyperlink" Target="https://en.wikipedia.org/wiki/Chickpea" TargetMode="External"/><Relationship Id="rId125" Type="http://schemas.openxmlformats.org/officeDocument/2006/relationships/image" Target="media/image59.jpg"/><Relationship Id="rId126" Type="http://schemas.openxmlformats.org/officeDocument/2006/relationships/hyperlink" Target="https://en.wikipedia.org/wiki/Lentil" TargetMode="External"/><Relationship Id="rId127" Type="http://schemas.openxmlformats.org/officeDocument/2006/relationships/image" Target="media/image60.jpg"/><Relationship Id="rId128" Type="http://schemas.openxmlformats.org/officeDocument/2006/relationships/hyperlink" Target="https://en.wikipedia.org/wiki/Soybean" TargetMode="External"/><Relationship Id="rId129" Type="http://schemas.openxmlformats.org/officeDocument/2006/relationships/image" Target="media/image61.jpg"/><Relationship Id="rId130" Type="http://schemas.openxmlformats.org/officeDocument/2006/relationships/hyperlink" Target="https://en.wikipedia.org/wiki/Rice" TargetMode="External"/><Relationship Id="rId131" Type="http://schemas.openxmlformats.org/officeDocument/2006/relationships/image" Target="media/image62.jpg"/><Relationship Id="rId132" Type="http://schemas.openxmlformats.org/officeDocument/2006/relationships/hyperlink" Target="https://en.wikipedia.org/wiki/Wheat" TargetMode="External"/><Relationship Id="rId133" Type="http://schemas.openxmlformats.org/officeDocument/2006/relationships/image" Target="media/image63.jpg"/><Relationship Id="rId134" Type="http://schemas.openxmlformats.org/officeDocument/2006/relationships/hyperlink" Target="https://en.wikipedia.org/wiki/Maize" TargetMode="External"/><Relationship Id="rId135" Type="http://schemas.openxmlformats.org/officeDocument/2006/relationships/image" Target="media/image64.jpg"/><Relationship Id="rId136" Type="http://schemas.openxmlformats.org/officeDocument/2006/relationships/hyperlink" Target="https://en.wikipedia.org/wiki/Sugarcane" TargetMode="External"/><Relationship Id="rId137" Type="http://schemas.openxmlformats.org/officeDocument/2006/relationships/image" Target="media/image65.jpg"/><Relationship Id="rId138" Type="http://schemas.openxmlformats.org/officeDocument/2006/relationships/hyperlink" Target="https://en.wikipedia.org/wiki/Cotton" TargetMode="External"/><Relationship Id="rId139" Type="http://schemas.openxmlformats.org/officeDocument/2006/relationships/image" Target="media/image66.jpg"/><Relationship Id="rId140" Type="http://schemas.openxmlformats.org/officeDocument/2006/relationships/hyperlink" Target="https://en.wikipedia.org/wiki/Camellia_sinensis" TargetMode="External"/><Relationship Id="rId141" Type="http://schemas.openxmlformats.org/officeDocument/2006/relationships/image" Target="media/image67.jpg"/><Relationship Id="rId142" Type="http://schemas.openxmlformats.org/officeDocument/2006/relationships/hyperlink" Target="https://en.wikipedia.org/wiki/Coffea" TargetMode="External"/><Relationship Id="rId143" Type="http://schemas.openxmlformats.org/officeDocument/2006/relationships/image" Target="media/image68.jpg"/><Relationship Id="rId144" Type="http://schemas.openxmlformats.org/officeDocument/2006/relationships/hyperlink" Target="https://en.wikipedia.org/wiki/Bamboo" TargetMode="External"/><Relationship Id="rId145" Type="http://schemas.openxmlformats.org/officeDocument/2006/relationships/image" Target="media/image69.jpg"/><Relationship Id="rId146" Type="http://schemas.openxmlformats.org/officeDocument/2006/relationships/hyperlink" Target="https://en.wikipedia.org/wiki/Eucalyptus" TargetMode="External"/><Relationship Id="rId147" Type="http://schemas.openxmlformats.org/officeDocument/2006/relationships/image" Target="media/image70.jpg"/><Relationship Id="rId148" Type="http://schemas.openxmlformats.org/officeDocument/2006/relationships/hyperlink" Target="https://en.wikipedia.org/wiki/Teak" TargetMode="External"/><Relationship Id="rId149" Type="http://schemas.openxmlformats.org/officeDocument/2006/relationships/image" Target="media/image71.jpg"/><Relationship Id="rId150" Type="http://schemas.openxmlformats.org/officeDocument/2006/relationships/hyperlink" Target="https://en.wikipedia.org/wiki/Santalum_album" TargetMode="External"/><Relationship Id="rId151" Type="http://schemas.openxmlformats.org/officeDocument/2006/relationships/image" Target="media/image72.jpg"/><Relationship Id="rId152" Type="http://schemas.openxmlformats.org/officeDocument/2006/relationships/hyperlink" Target="https://en.wikipedia.org/wiki/Epipremnum_aureum" TargetMode="External"/><Relationship Id="rId153" Type="http://schemas.openxmlformats.org/officeDocument/2006/relationships/image" Target="media/image73.jpg"/><Relationship Id="rId154" Type="http://schemas.openxmlformats.org/officeDocument/2006/relationships/hyperlink" Target="https://en.wikipedia.org/wiki/Dracaena_trifascia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73 Plant Images</dc:title>
  <dc:subject>Plant photographs with common names</dc:subject>
  <dc:creator>Anand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