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  <w:keepNext/>
        <w:jc w:val="center"/>
      </w:pPr>
      <w:r>
        <w:t>Mango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263140" cy="3017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6314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10">
        <w:r>
          <w:rPr>
            <w:color w:val="666666"/>
            <w:u w:val="single"/>
            <w:sz w:val="14"/>
          </w:rPr>
          <w:t>Source: Wikipedia — Mangifera indica</w:t>
        </w:r>
      </w:hyperlink>
    </w:p>
    <w:p>
      <w:pPr>
        <w:pStyle w:val="Heading2"/>
        <w:keepNext/>
        <w:jc w:val="center"/>
      </w:pPr>
      <w:r>
        <w:t>Neem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263140" cy="30175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6314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12">
        <w:r>
          <w:rPr>
            <w:color w:val="666666"/>
            <w:u w:val="single"/>
            <w:sz w:val="14"/>
          </w:rPr>
          <w:t>Source: Wikipedia — Azadirachta indica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Banyan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14">
        <w:r>
          <w:rPr>
            <w:color w:val="666666"/>
            <w:u w:val="single"/>
            <w:sz w:val="14"/>
          </w:rPr>
          <w:t>Source: Wikipedia — Ficus benghalensis</w:t>
        </w:r>
      </w:hyperlink>
    </w:p>
    <w:p>
      <w:pPr>
        <w:pStyle w:val="Heading2"/>
        <w:keepNext/>
        <w:jc w:val="center"/>
      </w:pPr>
      <w:r>
        <w:t>Peepal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3681374" cy="301752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81374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16">
        <w:r>
          <w:rPr>
            <w:color w:val="666666"/>
            <w:u w:val="single"/>
            <w:sz w:val="14"/>
          </w:rPr>
          <w:t>Source: Wikipedia — Ficus religiosa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Tulsi (Holy basil)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18">
        <w:r>
          <w:rPr>
            <w:color w:val="666666"/>
            <w:u w:val="single"/>
            <w:sz w:val="14"/>
          </w:rPr>
          <w:t>Source: Wikipedia — Ocimum tenuiflorum</w:t>
        </w:r>
      </w:hyperlink>
    </w:p>
    <w:p>
      <w:pPr>
        <w:pStyle w:val="Heading2"/>
        <w:keepNext/>
        <w:jc w:val="center"/>
      </w:pPr>
      <w:r>
        <w:t>Aloe vera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7555" cy="301752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27555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20">
        <w:r>
          <w:rPr>
            <w:color w:val="666666"/>
            <w:u w:val="single"/>
            <w:sz w:val="14"/>
          </w:rPr>
          <w:t>Source: Wikipedia — Aloe vera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Hibiscus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122119" cy="301752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122119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22">
        <w:r>
          <w:rPr>
            <w:color w:val="666666"/>
            <w:u w:val="single"/>
            <w:sz w:val="14"/>
          </w:rPr>
          <w:t>Source: Wikipedia — Hibiscus × rosa-sinensis</w:t>
        </w:r>
      </w:hyperlink>
    </w:p>
    <w:p>
      <w:pPr>
        <w:pStyle w:val="Heading2"/>
        <w:keepNext/>
        <w:jc w:val="center"/>
      </w:pPr>
      <w:r>
        <w:t>Rose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3249869" cy="301752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249869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24">
        <w:r>
          <w:rPr>
            <w:color w:val="666666"/>
            <w:u w:val="single"/>
            <w:sz w:val="14"/>
          </w:rPr>
          <w:t>Source: Wikipedia — Rose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Jasmine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26">
        <w:r>
          <w:rPr>
            <w:color w:val="666666"/>
            <w:u w:val="single"/>
            <w:sz w:val="14"/>
          </w:rPr>
          <w:t>Source: Wikipedia — Jasminum sambac</w:t>
        </w:r>
      </w:hyperlink>
    </w:p>
    <w:p>
      <w:pPr>
        <w:pStyle w:val="Heading2"/>
        <w:keepNext/>
        <w:jc w:val="center"/>
      </w:pPr>
      <w:r>
        <w:t>Marigold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263139" cy="3017519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263139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28">
        <w:r>
          <w:rPr>
            <w:color w:val="666666"/>
            <w:u w:val="single"/>
            <w:sz w:val="14"/>
          </w:rPr>
          <w:t>Source: Wikipedia — Tagetes erecta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Sunflower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724820" cy="3017519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724820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30">
        <w:r>
          <w:rPr>
            <w:color w:val="666666"/>
            <w:u w:val="single"/>
            <w:sz w:val="14"/>
          </w:rPr>
          <w:t>Source: Wikipedia — Common sunflower</w:t>
        </w:r>
      </w:hyperlink>
    </w:p>
    <w:p>
      <w:pPr>
        <w:pStyle w:val="Heading2"/>
        <w:keepNext/>
        <w:jc w:val="center"/>
      </w:pPr>
      <w:r>
        <w:t>Lotus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3292114" cy="301752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292114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32">
        <w:r>
          <w:rPr>
            <w:color w:val="666666"/>
            <w:u w:val="single"/>
            <w:sz w:val="14"/>
          </w:rPr>
          <w:t>Source: Wikipedia — Nelumbo nucifera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Water lily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34">
        <w:r>
          <w:rPr>
            <w:color w:val="666666"/>
            <w:u w:val="single"/>
            <w:sz w:val="14"/>
          </w:rPr>
          <w:t>Source: Wikipedia — Nymphaea</w:t>
        </w:r>
      </w:hyperlink>
    </w:p>
    <w:p>
      <w:pPr>
        <w:pStyle w:val="Heading2"/>
        <w:keepNext/>
        <w:jc w:val="center"/>
      </w:pPr>
      <w:r>
        <w:t>Bougainvillea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528048" cy="3017519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528048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36">
        <w:r>
          <w:rPr>
            <w:color w:val="666666"/>
            <w:u w:val="single"/>
            <w:sz w:val="14"/>
          </w:rPr>
          <w:t>Source: Wikipedia — Bougainvillea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Ixora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506914" cy="301752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5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506914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38">
        <w:r>
          <w:rPr>
            <w:color w:val="666666"/>
            <w:u w:val="single"/>
            <w:sz w:val="14"/>
          </w:rPr>
          <w:t>Source: Wikipedia — Ixora coccinea</w:t>
        </w:r>
      </w:hyperlink>
    </w:p>
    <w:p>
      <w:pPr>
        <w:pStyle w:val="Heading2"/>
        <w:keepNext/>
        <w:jc w:val="center"/>
      </w:pPr>
      <w:r>
        <w:t>Frangipani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6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40">
        <w:r>
          <w:rPr>
            <w:color w:val="666666"/>
            <w:u w:val="single"/>
            <w:sz w:val="14"/>
          </w:rPr>
          <w:t>Source: Wikipedia — Plumeria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Gulmohar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7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42">
        <w:r>
          <w:rPr>
            <w:color w:val="666666"/>
            <w:u w:val="single"/>
            <w:sz w:val="14"/>
          </w:rPr>
          <w:t>Source: Wikipedia — Delonix regia</w:t>
        </w:r>
      </w:hyperlink>
    </w:p>
    <w:p>
      <w:pPr>
        <w:pStyle w:val="Heading2"/>
        <w:keepNext/>
        <w:jc w:val="center"/>
      </w:pPr>
      <w:r>
        <w:t>Ashoka tree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665476" cy="301752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8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665476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44">
        <w:r>
          <w:rPr>
            <w:color w:val="666666"/>
            <w:u w:val="single"/>
            <w:sz w:val="14"/>
          </w:rPr>
          <w:t>Source: Wikipedia — Saraca asoca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Curry tree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9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46">
        <w:r>
          <w:rPr>
            <w:color w:val="666666"/>
            <w:u w:val="single"/>
            <w:sz w:val="14"/>
          </w:rPr>
          <w:t>Source: Wikipedia — Curry tree</w:t>
        </w:r>
      </w:hyperlink>
    </w:p>
    <w:p>
      <w:pPr>
        <w:pStyle w:val="Heading2"/>
        <w:keepNext/>
        <w:jc w:val="center"/>
      </w:pPr>
      <w:r>
        <w:t>Coconut palm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015703" cy="3017519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015703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48">
        <w:r>
          <w:rPr>
            <w:color w:val="666666"/>
            <w:u w:val="single"/>
            <w:sz w:val="14"/>
          </w:rPr>
          <w:t>Source: Wikipedia — Coconut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Banana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5284073" cy="301752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84073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50">
        <w:r>
          <w:rPr>
            <w:color w:val="666666"/>
            <w:u w:val="single"/>
            <w:sz w:val="14"/>
          </w:rPr>
          <w:t>Source: Wikipedia — Banana</w:t>
        </w:r>
      </w:hyperlink>
    </w:p>
    <w:p>
      <w:pPr>
        <w:pStyle w:val="Heading2"/>
        <w:keepNext/>
        <w:jc w:val="center"/>
      </w:pPr>
      <w:r>
        <w:t>Papaya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136404" cy="301752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2.jp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136404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52">
        <w:r>
          <w:rPr>
            <w:color w:val="666666"/>
            <w:u w:val="single"/>
            <w:sz w:val="14"/>
          </w:rPr>
          <w:t>Source: Wikipedia — Papaya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Guava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923222" cy="3017519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3.jp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923222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54">
        <w:r>
          <w:rPr>
            <w:color w:val="666666"/>
            <w:u w:val="single"/>
            <w:sz w:val="14"/>
          </w:rPr>
          <w:t>Source: Wikipedia — Psidium guajava</w:t>
        </w:r>
      </w:hyperlink>
    </w:p>
    <w:p>
      <w:pPr>
        <w:pStyle w:val="Heading2"/>
        <w:keepNext/>
        <w:jc w:val="center"/>
      </w:pPr>
      <w:r>
        <w:t>Pomegranate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554747" cy="301752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4.jp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554747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56">
        <w:r>
          <w:rPr>
            <w:color w:val="666666"/>
            <w:u w:val="single"/>
            <w:sz w:val="14"/>
          </w:rPr>
          <w:t>Source: Wikipedia — Pomegranate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Lemon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5.jp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58">
        <w:r>
          <w:rPr>
            <w:color w:val="666666"/>
            <w:u w:val="single"/>
            <w:sz w:val="14"/>
          </w:rPr>
          <w:t>Source: Wikipedia — Lemon</w:t>
        </w:r>
      </w:hyperlink>
    </w:p>
    <w:p>
      <w:pPr>
        <w:pStyle w:val="Heading2"/>
        <w:keepNext/>
        <w:jc w:val="center"/>
      </w:pPr>
      <w:r>
        <w:t>Sweet orange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3426574" cy="3017519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6.jp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426574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60">
        <w:r>
          <w:rPr>
            <w:color w:val="666666"/>
            <w:u w:val="single"/>
            <w:sz w:val="14"/>
          </w:rPr>
          <w:t>Source: Wikipedia — Citrus × sinensis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Apple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5989320" cy="2030754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7.jp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20307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62">
        <w:r>
          <w:rPr>
            <w:color w:val="666666"/>
            <w:u w:val="single"/>
            <w:sz w:val="14"/>
          </w:rPr>
          <w:t>Source: Wikipedia — Apple</w:t>
        </w:r>
      </w:hyperlink>
    </w:p>
    <w:p>
      <w:pPr>
        <w:pStyle w:val="Heading2"/>
        <w:keepNext/>
        <w:jc w:val="center"/>
      </w:pPr>
      <w:r>
        <w:t>Grapevine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3706758" cy="301752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8.jp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706758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64">
        <w:r>
          <w:rPr>
            <w:color w:val="666666"/>
            <w:u w:val="single"/>
            <w:sz w:val="14"/>
          </w:rPr>
          <w:t>Source: Wikipedia — Vitis vinifera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Strawberry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528048" cy="3017519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9.jp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4528048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66">
        <w:r>
          <w:rPr>
            <w:color w:val="666666"/>
            <w:u w:val="single"/>
            <w:sz w:val="14"/>
          </w:rPr>
          <w:t>Source: Wikipedia — Strawberry</w:t>
        </w:r>
      </w:hyperlink>
    </w:p>
    <w:p>
      <w:pPr>
        <w:pStyle w:val="Heading2"/>
        <w:keepNext/>
        <w:jc w:val="center"/>
      </w:pPr>
      <w:r>
        <w:t>Pineapple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497658" cy="301752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0.jp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497658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68">
        <w:r>
          <w:rPr>
            <w:color w:val="666666"/>
            <w:u w:val="single"/>
            <w:sz w:val="14"/>
          </w:rPr>
          <w:t>Source: Wikipedia — Pineapple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Watermelon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006650" cy="3017519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1.jp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006650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70">
        <w:r>
          <w:rPr>
            <w:color w:val="666666"/>
            <w:u w:val="single"/>
            <w:sz w:val="14"/>
          </w:rPr>
          <w:t>Source: Wikipedia — Watermelon</w:t>
        </w:r>
      </w:hyperlink>
    </w:p>
    <w:p>
      <w:pPr>
        <w:pStyle w:val="Heading2"/>
        <w:keepNext/>
        <w:jc w:val="center"/>
      </w:pPr>
      <w:r>
        <w:t>Tomato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3627059" cy="301752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2.jp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627059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72">
        <w:r>
          <w:rPr>
            <w:color w:val="666666"/>
            <w:u w:val="single"/>
            <w:sz w:val="14"/>
          </w:rPr>
          <w:t>Source: Wikipedia — Tomato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Eggplant (Brinjal)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764048" cy="301752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3.jp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764048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74">
        <w:r>
          <w:rPr>
            <w:color w:val="666666"/>
            <w:u w:val="single"/>
            <w:sz w:val="14"/>
          </w:rPr>
          <w:t>Source: Wikipedia — Eggplant</w:t>
        </w:r>
      </w:hyperlink>
    </w:p>
    <w:p>
      <w:pPr>
        <w:pStyle w:val="Heading2"/>
        <w:keepNext/>
        <w:jc w:val="center"/>
      </w:pPr>
      <w:r>
        <w:t>Chili pepper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3771900" cy="301752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4.jpg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76">
        <w:r>
          <w:rPr>
            <w:color w:val="666666"/>
            <w:u w:val="single"/>
            <w:sz w:val="14"/>
          </w:rPr>
          <w:t>Source: Wikipedia — Chili pepper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Okra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5.jpg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78">
        <w:r>
          <w:rPr>
            <w:color w:val="666666"/>
            <w:u w:val="single"/>
            <w:sz w:val="14"/>
          </w:rPr>
          <w:t>Source: Wikipedia — Okra</w:t>
        </w:r>
      </w:hyperlink>
    </w:p>
    <w:p>
      <w:pPr>
        <w:pStyle w:val="Heading2"/>
        <w:keepNext/>
        <w:jc w:val="center"/>
      </w:pPr>
      <w:r>
        <w:t>Cucumber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103211" cy="3017519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6.jpg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103211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80">
        <w:r>
          <w:rPr>
            <w:color w:val="666666"/>
            <w:u w:val="single"/>
            <w:sz w:val="14"/>
          </w:rPr>
          <w:t>Source: Wikipedia — Cucumber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Pumpkin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7.jpg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82">
        <w:r>
          <w:rPr>
            <w:color w:val="666666"/>
            <w:u w:val="single"/>
            <w:sz w:val="14"/>
          </w:rPr>
          <w:t>Source: Wikipedia — Pumpkin</w:t>
        </w:r>
      </w:hyperlink>
    </w:p>
    <w:p>
      <w:pPr>
        <w:pStyle w:val="Heading2"/>
        <w:keepNext/>
        <w:jc w:val="center"/>
      </w:pPr>
      <w:r>
        <w:t>Bottle gourd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59" cy="3017519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8.jpg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023359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84">
        <w:r>
          <w:rPr>
            <w:color w:val="666666"/>
            <w:u w:val="single"/>
            <w:sz w:val="14"/>
          </w:rPr>
          <w:t>Source: Wikipedia — Calabash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Bitter melon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054931" cy="301752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9.jpg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054931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86">
        <w:r>
          <w:rPr>
            <w:color w:val="666666"/>
            <w:u w:val="single"/>
            <w:sz w:val="14"/>
          </w:rPr>
          <w:t>Source: Wikipedia — Momordica charantia</w:t>
        </w:r>
      </w:hyperlink>
    </w:p>
    <w:p>
      <w:pPr>
        <w:pStyle w:val="Heading2"/>
        <w:keepNext/>
        <w:jc w:val="center"/>
      </w:pPr>
      <w:r>
        <w:t>Spinach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313575" cy="301752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0.jpg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313575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88">
        <w:r>
          <w:rPr>
            <w:color w:val="666666"/>
            <w:u w:val="single"/>
            <w:sz w:val="14"/>
          </w:rPr>
          <w:t>Source: Wikipedia — Spinach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Coriander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395666" cy="3017519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1.jpg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395666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90">
        <w:r>
          <w:rPr>
            <w:color w:val="666666"/>
            <w:u w:val="single"/>
            <w:sz w:val="14"/>
          </w:rPr>
          <w:t>Source: Wikipedia — Coriander</w:t>
        </w:r>
      </w:hyperlink>
    </w:p>
    <w:p>
      <w:pPr>
        <w:pStyle w:val="Heading2"/>
        <w:keepNext/>
        <w:jc w:val="center"/>
      </w:pPr>
      <w:r>
        <w:t>Mint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3017520" cy="301752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2.jpg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01752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92">
        <w:r>
          <w:rPr>
            <w:color w:val="666666"/>
            <w:u w:val="single"/>
            <w:sz w:val="14"/>
          </w:rPr>
          <w:t>Source: Wikipedia — Mentha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Fenugreek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1828617" cy="301752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3.jpg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828617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94">
        <w:r>
          <w:rPr>
            <w:color w:val="666666"/>
            <w:u w:val="single"/>
            <w:sz w:val="14"/>
          </w:rPr>
          <w:t>Source: Wikipedia — Fenugreek</w:t>
        </w:r>
      </w:hyperlink>
    </w:p>
    <w:p>
      <w:pPr>
        <w:pStyle w:val="Heading2"/>
        <w:keepNext/>
        <w:jc w:val="center"/>
      </w:pPr>
      <w:r>
        <w:t>Mustard plant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380374" cy="3017519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4.jpg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380374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96">
        <w:r>
          <w:rPr>
            <w:color w:val="666666"/>
            <w:u w:val="single"/>
            <w:sz w:val="14"/>
          </w:rPr>
          <w:t>Source: Wikipedia — Brassica juncea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Ginger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317455" cy="301752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5.jpg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317455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98">
        <w:r>
          <w:rPr>
            <w:color w:val="666666"/>
            <w:u w:val="single"/>
            <w:sz w:val="14"/>
          </w:rPr>
          <w:t>Source: Wikipedia — Ginger</w:t>
        </w:r>
      </w:hyperlink>
    </w:p>
    <w:p>
      <w:pPr>
        <w:pStyle w:val="Heading2"/>
        <w:keepNext/>
        <w:jc w:val="center"/>
      </w:pPr>
      <w:r>
        <w:t>Turmeric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009668" cy="301752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6.jpg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009668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100">
        <w:r>
          <w:rPr>
            <w:color w:val="666666"/>
            <w:u w:val="single"/>
            <w:sz w:val="14"/>
          </w:rPr>
          <w:t>Source: Wikipedia — Turmeric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Garlic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1824385" cy="3017519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7.jpg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824385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102">
        <w:r>
          <w:rPr>
            <w:color w:val="666666"/>
            <w:u w:val="single"/>
            <w:sz w:val="14"/>
          </w:rPr>
          <w:t>Source: Wikipedia — Garlic</w:t>
        </w:r>
      </w:hyperlink>
    </w:p>
    <w:p>
      <w:pPr>
        <w:pStyle w:val="Heading2"/>
        <w:keepNext/>
        <w:jc w:val="center"/>
      </w:pPr>
      <w:r>
        <w:t>Onion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3017520" cy="301752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8.jpg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301752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104">
        <w:r>
          <w:rPr>
            <w:color w:val="666666"/>
            <w:u w:val="single"/>
            <w:sz w:val="14"/>
          </w:rPr>
          <w:t>Source: Wikipedia — Onion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Potato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642338" cy="301752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9.jpg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4642338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106">
        <w:r>
          <w:rPr>
            <w:color w:val="666666"/>
            <w:u w:val="single"/>
            <w:sz w:val="14"/>
          </w:rPr>
          <w:t>Source: Wikipedia — Potato</w:t>
        </w:r>
      </w:hyperlink>
    </w:p>
    <w:p>
      <w:pPr>
        <w:pStyle w:val="Heading2"/>
        <w:keepNext/>
        <w:jc w:val="center"/>
      </w:pPr>
      <w:r>
        <w:t>Sweet potato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19173" cy="301752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0.jpg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4019173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108">
        <w:r>
          <w:rPr>
            <w:color w:val="666666"/>
            <w:u w:val="single"/>
            <w:sz w:val="14"/>
          </w:rPr>
          <w:t>Source: Wikipedia — Sweet potato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Carrot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5320145" cy="301752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1.jpg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320145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110">
        <w:r>
          <w:rPr>
            <w:color w:val="666666"/>
            <w:u w:val="single"/>
            <w:sz w:val="14"/>
          </w:rPr>
          <w:t>Source: Wikipedia — Carrot</w:t>
        </w:r>
      </w:hyperlink>
    </w:p>
    <w:p>
      <w:pPr>
        <w:pStyle w:val="Heading2"/>
        <w:keepNext/>
        <w:jc w:val="center"/>
      </w:pPr>
      <w:r>
        <w:t>Radish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263140" cy="301752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2.jpg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226314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112">
        <w:r>
          <w:rPr>
            <w:color w:val="666666"/>
            <w:u w:val="single"/>
            <w:sz w:val="14"/>
          </w:rPr>
          <w:t>Source: Wikipedia — Radish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Beetroot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006650" cy="3017519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3.jpg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006650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114">
        <w:r>
          <w:rPr>
            <w:color w:val="666666"/>
            <w:u w:val="single"/>
            <w:sz w:val="14"/>
          </w:rPr>
          <w:t>Source: Wikipedia — Beetroot</w:t>
        </w:r>
      </w:hyperlink>
    </w:p>
    <w:p>
      <w:pPr>
        <w:pStyle w:val="Heading2"/>
        <w:keepNext/>
        <w:jc w:val="center"/>
      </w:pPr>
      <w:r>
        <w:t>Cabbage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5989320" cy="2699873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4.jpg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26998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116">
        <w:r>
          <w:rPr>
            <w:color w:val="666666"/>
            <w:u w:val="single"/>
            <w:sz w:val="14"/>
          </w:rPr>
          <w:t>Source: Wikipedia — Cabbage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Cauliflower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3771900" cy="301752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5.jpg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118">
        <w:r>
          <w:rPr>
            <w:color w:val="666666"/>
            <w:u w:val="single"/>
            <w:sz w:val="14"/>
          </w:rPr>
          <w:t>Source: Wikipedia — Cauliflower</w:t>
        </w:r>
      </w:hyperlink>
    </w:p>
    <w:p>
      <w:pPr>
        <w:pStyle w:val="Heading2"/>
        <w:keepNext/>
        <w:jc w:val="center"/>
      </w:pPr>
      <w:r>
        <w:t>Broccoli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522746" cy="301752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6.jpg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4522746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120">
        <w:r>
          <w:rPr>
            <w:color w:val="666666"/>
            <w:u w:val="single"/>
            <w:sz w:val="14"/>
          </w:rPr>
          <w:t>Source: Wikipedia — Broccoli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Pea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3494288" cy="301752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7.jpg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3494288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122">
        <w:r>
          <w:rPr>
            <w:color w:val="666666"/>
            <w:u w:val="single"/>
            <w:sz w:val="14"/>
          </w:rPr>
          <w:t>Source: Wikipedia — Pea</w:t>
        </w:r>
      </w:hyperlink>
    </w:p>
    <w:p>
      <w:pPr>
        <w:pStyle w:val="Heading2"/>
        <w:keepNext/>
        <w:jc w:val="center"/>
      </w:pPr>
      <w:r>
        <w:t>Chickpea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528048" cy="3017519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8.jpg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4528048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124">
        <w:r>
          <w:rPr>
            <w:color w:val="666666"/>
            <w:u w:val="single"/>
            <w:sz w:val="14"/>
          </w:rPr>
          <w:t>Source: Wikipedia — Chickpea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Lentil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5262160" cy="301752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9.jpg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2621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126">
        <w:r>
          <w:rPr>
            <w:color w:val="666666"/>
            <w:u w:val="single"/>
            <w:sz w:val="14"/>
          </w:rPr>
          <w:t>Source: Wikipedia — Lentil</w:t>
        </w:r>
      </w:hyperlink>
    </w:p>
    <w:p>
      <w:pPr>
        <w:pStyle w:val="Heading2"/>
        <w:keepNext/>
        <w:jc w:val="center"/>
      </w:pPr>
      <w:r>
        <w:t>Soybean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030717" cy="3017519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.jpg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030717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128">
        <w:r>
          <w:rPr>
            <w:color w:val="666666"/>
            <w:u w:val="single"/>
            <w:sz w:val="14"/>
          </w:rPr>
          <w:t>Source: Wikipedia — Soybean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Rice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5364480" cy="3017520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1.jpg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36448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130">
        <w:r>
          <w:rPr>
            <w:color w:val="666666"/>
            <w:u w:val="single"/>
            <w:sz w:val="14"/>
          </w:rPr>
          <w:t>Source: Wikipedia — Rice</w:t>
        </w:r>
      </w:hyperlink>
    </w:p>
    <w:p>
      <w:pPr>
        <w:pStyle w:val="Heading2"/>
        <w:keepNext/>
        <w:jc w:val="center"/>
      </w:pPr>
      <w:r>
        <w:t>Wheat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528048" cy="3017519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2.jpg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4528048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132">
        <w:r>
          <w:rPr>
            <w:color w:val="666666"/>
            <w:u w:val="single"/>
            <w:sz w:val="14"/>
          </w:rPr>
          <w:t>Source: Wikipedia — Wheat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Maize (Corn)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214880" cy="3017520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3.jpg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221488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134">
        <w:r>
          <w:rPr>
            <w:color w:val="666666"/>
            <w:u w:val="single"/>
            <w:sz w:val="14"/>
          </w:rPr>
          <w:t>Source: Wikipedia — Maize</w:t>
        </w:r>
      </w:hyperlink>
    </w:p>
    <w:p>
      <w:pPr>
        <w:pStyle w:val="Heading2"/>
        <w:keepNext/>
        <w:jc w:val="center"/>
      </w:pPr>
      <w:r>
        <w:t>Sugarcane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216228" cy="3017519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4.jpg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216228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136">
        <w:r>
          <w:rPr>
            <w:color w:val="666666"/>
            <w:u w:val="single"/>
            <w:sz w:val="14"/>
          </w:rPr>
          <w:t>Source: Wikipedia — Sugarcane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Cotton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225848" cy="3017520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5.jpg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4225848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138">
        <w:r>
          <w:rPr>
            <w:color w:val="666666"/>
            <w:u w:val="single"/>
            <w:sz w:val="14"/>
          </w:rPr>
          <w:t>Source: Wikipedia — Cotton</w:t>
        </w:r>
      </w:hyperlink>
    </w:p>
    <w:p>
      <w:pPr>
        <w:pStyle w:val="Heading2"/>
        <w:keepNext/>
        <w:jc w:val="center"/>
      </w:pPr>
      <w:r>
        <w:t>Tea plant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6.jpg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140">
        <w:r>
          <w:rPr>
            <w:color w:val="666666"/>
            <w:u w:val="single"/>
            <w:sz w:val="14"/>
          </w:rPr>
          <w:t>Source: Wikipedia — Camellia sinensis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Coffee plant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7.jpg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142">
        <w:r>
          <w:rPr>
            <w:color w:val="666666"/>
            <w:u w:val="single"/>
            <w:sz w:val="14"/>
          </w:rPr>
          <w:t>Source: Wikipedia — Coffea</w:t>
        </w:r>
      </w:hyperlink>
    </w:p>
    <w:p>
      <w:pPr>
        <w:pStyle w:val="Heading2"/>
        <w:keepNext/>
        <w:jc w:val="center"/>
      </w:pPr>
      <w:r>
        <w:t>Bamboo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263140" cy="3017520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8.jpg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226314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144">
        <w:r>
          <w:rPr>
            <w:color w:val="666666"/>
            <w:u w:val="single"/>
            <w:sz w:val="14"/>
          </w:rPr>
          <w:t>Source: Wikipedia — Bamboo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Eucalyptus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768426" cy="3017520"/>
            <wp:docPr id="69" name="Picture 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9.jpg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4768426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146">
        <w:r>
          <w:rPr>
            <w:color w:val="666666"/>
            <w:u w:val="single"/>
            <w:sz w:val="14"/>
          </w:rPr>
          <w:t>Source: Wikipedia — Eucalyptus</w:t>
        </w:r>
      </w:hyperlink>
    </w:p>
    <w:p>
      <w:pPr>
        <w:pStyle w:val="Heading2"/>
        <w:keepNext/>
        <w:jc w:val="center"/>
      </w:pPr>
      <w:r>
        <w:t>Teak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70" name="Picture 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0.jpg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148">
        <w:r>
          <w:rPr>
            <w:color w:val="666666"/>
            <w:u w:val="single"/>
            <w:sz w:val="14"/>
          </w:rPr>
          <w:t>Source: Wikipedia — Teak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Sandalwood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216228" cy="3017519"/>
            <wp:docPr id="71" name="Picture 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1.jpg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2216228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150">
        <w:r>
          <w:rPr>
            <w:color w:val="666666"/>
            <w:u w:val="single"/>
            <w:sz w:val="14"/>
          </w:rPr>
          <w:t>Source: Wikipedia — Santalum album</w:t>
        </w:r>
      </w:hyperlink>
    </w:p>
    <w:p>
      <w:pPr>
        <w:pStyle w:val="Heading2"/>
        <w:keepNext/>
        <w:jc w:val="center"/>
      </w:pPr>
      <w:r>
        <w:t>Money plant (Pothos)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1695846" cy="3017520"/>
            <wp:docPr id="72" name="Picture 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2.jpg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695846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152">
        <w:r>
          <w:rPr>
            <w:color w:val="666666"/>
            <w:u w:val="single"/>
            <w:sz w:val="14"/>
          </w:rPr>
          <w:t>Source: Wikipedia — Epipremnum aureum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Snake plant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5364480" cy="3017520"/>
            <wp:docPr id="73" name="Picture 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3.jpg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536448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hyperlink r:id="rId154">
        <w:r>
          <w:rPr>
            <w:color w:val="666666"/>
            <w:u w:val="single"/>
            <w:sz w:val="14"/>
          </w:rPr>
          <w:t>Source: Wikipedia — Dracaena trifasciata</w:t>
        </w:r>
      </w:hyperlink>
    </w:p>
    <w:sectPr w:rsidR="00FC693F" w:rsidRPr="0006063C" w:rsidSect="00034616">
      <w:pgSz w:w="12240" w:h="15840"/>
      <w:pgMar w:top="605" w:right="893" w:bottom="605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6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hyperlink" Target="https://en.wikipedia.org/wiki/Mangifera_indica" TargetMode="External"/><Relationship Id="rId11" Type="http://schemas.openxmlformats.org/officeDocument/2006/relationships/image" Target="media/image2.jpg"/><Relationship Id="rId12" Type="http://schemas.openxmlformats.org/officeDocument/2006/relationships/hyperlink" Target="https://en.wikipedia.org/wiki/Azadirachta_indica" TargetMode="External"/><Relationship Id="rId13" Type="http://schemas.openxmlformats.org/officeDocument/2006/relationships/image" Target="media/image3.jpg"/><Relationship Id="rId14" Type="http://schemas.openxmlformats.org/officeDocument/2006/relationships/hyperlink" Target="https://en.wikipedia.org/wiki/Ficus_benghalensis" TargetMode="External"/><Relationship Id="rId15" Type="http://schemas.openxmlformats.org/officeDocument/2006/relationships/image" Target="media/image4.jpg"/><Relationship Id="rId16" Type="http://schemas.openxmlformats.org/officeDocument/2006/relationships/hyperlink" Target="https://en.wikipedia.org/wiki/Ficus_religiosa" TargetMode="External"/><Relationship Id="rId17" Type="http://schemas.openxmlformats.org/officeDocument/2006/relationships/image" Target="media/image5.jpg"/><Relationship Id="rId18" Type="http://schemas.openxmlformats.org/officeDocument/2006/relationships/hyperlink" Target="https://en.wikipedia.org/wiki/Ocimum_tenuiflorum" TargetMode="External"/><Relationship Id="rId19" Type="http://schemas.openxmlformats.org/officeDocument/2006/relationships/image" Target="media/image6.jpg"/><Relationship Id="rId20" Type="http://schemas.openxmlformats.org/officeDocument/2006/relationships/hyperlink" Target="https://en.wikipedia.org/wiki/Aloe_vera" TargetMode="External"/><Relationship Id="rId21" Type="http://schemas.openxmlformats.org/officeDocument/2006/relationships/image" Target="media/image7.jpg"/><Relationship Id="rId22" Type="http://schemas.openxmlformats.org/officeDocument/2006/relationships/hyperlink" Target="https://en.wikipedia.org/wiki/Hibiscus_%C3%97_rosa-sinensis" TargetMode="External"/><Relationship Id="rId23" Type="http://schemas.openxmlformats.org/officeDocument/2006/relationships/image" Target="media/image8.jpg"/><Relationship Id="rId24" Type="http://schemas.openxmlformats.org/officeDocument/2006/relationships/hyperlink" Target="https://en.wikipedia.org/wiki/Rose" TargetMode="External"/><Relationship Id="rId25" Type="http://schemas.openxmlformats.org/officeDocument/2006/relationships/image" Target="media/image9.jpg"/><Relationship Id="rId26" Type="http://schemas.openxmlformats.org/officeDocument/2006/relationships/hyperlink" Target="https://en.wikipedia.org/wiki/Jasminum_sambac" TargetMode="External"/><Relationship Id="rId27" Type="http://schemas.openxmlformats.org/officeDocument/2006/relationships/image" Target="media/image10.jpg"/><Relationship Id="rId28" Type="http://schemas.openxmlformats.org/officeDocument/2006/relationships/hyperlink" Target="https://en.wikipedia.org/wiki/Tagetes_erecta" TargetMode="External"/><Relationship Id="rId29" Type="http://schemas.openxmlformats.org/officeDocument/2006/relationships/image" Target="media/image11.jpg"/><Relationship Id="rId30" Type="http://schemas.openxmlformats.org/officeDocument/2006/relationships/hyperlink" Target="https://en.wikipedia.org/wiki/Common_sunflower" TargetMode="External"/><Relationship Id="rId31" Type="http://schemas.openxmlformats.org/officeDocument/2006/relationships/image" Target="media/image12.jpg"/><Relationship Id="rId32" Type="http://schemas.openxmlformats.org/officeDocument/2006/relationships/hyperlink" Target="https://en.wikipedia.org/wiki/Nelumbo_nucifera" TargetMode="External"/><Relationship Id="rId33" Type="http://schemas.openxmlformats.org/officeDocument/2006/relationships/image" Target="media/image13.jpg"/><Relationship Id="rId34" Type="http://schemas.openxmlformats.org/officeDocument/2006/relationships/hyperlink" Target="https://en.wikipedia.org/wiki/Nymphaea" TargetMode="External"/><Relationship Id="rId35" Type="http://schemas.openxmlformats.org/officeDocument/2006/relationships/image" Target="media/image14.jpg"/><Relationship Id="rId36" Type="http://schemas.openxmlformats.org/officeDocument/2006/relationships/hyperlink" Target="https://en.wikipedia.org/wiki/Bougainvillea" TargetMode="External"/><Relationship Id="rId37" Type="http://schemas.openxmlformats.org/officeDocument/2006/relationships/image" Target="media/image15.jpg"/><Relationship Id="rId38" Type="http://schemas.openxmlformats.org/officeDocument/2006/relationships/hyperlink" Target="https://en.wikipedia.org/wiki/Ixora_coccinea" TargetMode="External"/><Relationship Id="rId39" Type="http://schemas.openxmlformats.org/officeDocument/2006/relationships/image" Target="media/image16.jpg"/><Relationship Id="rId40" Type="http://schemas.openxmlformats.org/officeDocument/2006/relationships/hyperlink" Target="https://en.wikipedia.org/wiki/Plumeria" TargetMode="External"/><Relationship Id="rId41" Type="http://schemas.openxmlformats.org/officeDocument/2006/relationships/image" Target="media/image17.jpg"/><Relationship Id="rId42" Type="http://schemas.openxmlformats.org/officeDocument/2006/relationships/hyperlink" Target="https://en.wikipedia.org/wiki/Delonix_regia" TargetMode="External"/><Relationship Id="rId43" Type="http://schemas.openxmlformats.org/officeDocument/2006/relationships/image" Target="media/image18.jpg"/><Relationship Id="rId44" Type="http://schemas.openxmlformats.org/officeDocument/2006/relationships/hyperlink" Target="https://en.wikipedia.org/wiki/Saraca_asoca" TargetMode="External"/><Relationship Id="rId45" Type="http://schemas.openxmlformats.org/officeDocument/2006/relationships/image" Target="media/image19.jpg"/><Relationship Id="rId46" Type="http://schemas.openxmlformats.org/officeDocument/2006/relationships/hyperlink" Target="https://en.wikipedia.org/wiki/Curry_tree" TargetMode="External"/><Relationship Id="rId47" Type="http://schemas.openxmlformats.org/officeDocument/2006/relationships/image" Target="media/image20.jpg"/><Relationship Id="rId48" Type="http://schemas.openxmlformats.org/officeDocument/2006/relationships/hyperlink" Target="https://en.wikipedia.org/wiki/Coconut" TargetMode="External"/><Relationship Id="rId49" Type="http://schemas.openxmlformats.org/officeDocument/2006/relationships/image" Target="media/image21.jpg"/><Relationship Id="rId50" Type="http://schemas.openxmlformats.org/officeDocument/2006/relationships/hyperlink" Target="https://en.wikipedia.org/wiki/Banana" TargetMode="External"/><Relationship Id="rId51" Type="http://schemas.openxmlformats.org/officeDocument/2006/relationships/image" Target="media/image22.jpg"/><Relationship Id="rId52" Type="http://schemas.openxmlformats.org/officeDocument/2006/relationships/hyperlink" Target="https://en.wikipedia.org/wiki/Papaya" TargetMode="External"/><Relationship Id="rId53" Type="http://schemas.openxmlformats.org/officeDocument/2006/relationships/image" Target="media/image23.jpg"/><Relationship Id="rId54" Type="http://schemas.openxmlformats.org/officeDocument/2006/relationships/hyperlink" Target="https://en.wikipedia.org/wiki/Psidium_guajava" TargetMode="External"/><Relationship Id="rId55" Type="http://schemas.openxmlformats.org/officeDocument/2006/relationships/image" Target="media/image24.jpg"/><Relationship Id="rId56" Type="http://schemas.openxmlformats.org/officeDocument/2006/relationships/hyperlink" Target="https://en.wikipedia.org/wiki/Pomegranate" TargetMode="External"/><Relationship Id="rId57" Type="http://schemas.openxmlformats.org/officeDocument/2006/relationships/image" Target="media/image25.jpg"/><Relationship Id="rId58" Type="http://schemas.openxmlformats.org/officeDocument/2006/relationships/hyperlink" Target="https://en.wikipedia.org/wiki/Lemon" TargetMode="External"/><Relationship Id="rId59" Type="http://schemas.openxmlformats.org/officeDocument/2006/relationships/image" Target="media/image26.jpg"/><Relationship Id="rId60" Type="http://schemas.openxmlformats.org/officeDocument/2006/relationships/hyperlink" Target="https://en.wikipedia.org/wiki/Citrus_%C3%97_sinensis" TargetMode="External"/><Relationship Id="rId61" Type="http://schemas.openxmlformats.org/officeDocument/2006/relationships/image" Target="media/image27.jpg"/><Relationship Id="rId62" Type="http://schemas.openxmlformats.org/officeDocument/2006/relationships/hyperlink" Target="https://en.wikipedia.org/wiki/Apple" TargetMode="External"/><Relationship Id="rId63" Type="http://schemas.openxmlformats.org/officeDocument/2006/relationships/image" Target="media/image28.jpg"/><Relationship Id="rId64" Type="http://schemas.openxmlformats.org/officeDocument/2006/relationships/hyperlink" Target="https://en.wikipedia.org/wiki/Vitis_vinifera" TargetMode="External"/><Relationship Id="rId65" Type="http://schemas.openxmlformats.org/officeDocument/2006/relationships/image" Target="media/image29.jpg"/><Relationship Id="rId66" Type="http://schemas.openxmlformats.org/officeDocument/2006/relationships/hyperlink" Target="https://en.wikipedia.org/wiki/Strawberry" TargetMode="External"/><Relationship Id="rId67" Type="http://schemas.openxmlformats.org/officeDocument/2006/relationships/image" Target="media/image30.jpg"/><Relationship Id="rId68" Type="http://schemas.openxmlformats.org/officeDocument/2006/relationships/hyperlink" Target="https://en.wikipedia.org/wiki/Pineapple" TargetMode="External"/><Relationship Id="rId69" Type="http://schemas.openxmlformats.org/officeDocument/2006/relationships/image" Target="media/image31.jpg"/><Relationship Id="rId70" Type="http://schemas.openxmlformats.org/officeDocument/2006/relationships/hyperlink" Target="https://en.wikipedia.org/wiki/Watermelon" TargetMode="External"/><Relationship Id="rId71" Type="http://schemas.openxmlformats.org/officeDocument/2006/relationships/image" Target="media/image32.jpg"/><Relationship Id="rId72" Type="http://schemas.openxmlformats.org/officeDocument/2006/relationships/hyperlink" Target="https://en.wikipedia.org/wiki/Tomato" TargetMode="External"/><Relationship Id="rId73" Type="http://schemas.openxmlformats.org/officeDocument/2006/relationships/image" Target="media/image33.jpg"/><Relationship Id="rId74" Type="http://schemas.openxmlformats.org/officeDocument/2006/relationships/hyperlink" Target="https://en.wikipedia.org/wiki/Eggplant" TargetMode="External"/><Relationship Id="rId75" Type="http://schemas.openxmlformats.org/officeDocument/2006/relationships/image" Target="media/image34.jpg"/><Relationship Id="rId76" Type="http://schemas.openxmlformats.org/officeDocument/2006/relationships/hyperlink" Target="https://en.wikipedia.org/wiki/Chili_pepper" TargetMode="External"/><Relationship Id="rId77" Type="http://schemas.openxmlformats.org/officeDocument/2006/relationships/image" Target="media/image35.jpg"/><Relationship Id="rId78" Type="http://schemas.openxmlformats.org/officeDocument/2006/relationships/hyperlink" Target="https://en.wikipedia.org/wiki/Okra" TargetMode="External"/><Relationship Id="rId79" Type="http://schemas.openxmlformats.org/officeDocument/2006/relationships/image" Target="media/image36.jpg"/><Relationship Id="rId80" Type="http://schemas.openxmlformats.org/officeDocument/2006/relationships/hyperlink" Target="https://en.wikipedia.org/wiki/Cucumber" TargetMode="External"/><Relationship Id="rId81" Type="http://schemas.openxmlformats.org/officeDocument/2006/relationships/image" Target="media/image37.jpg"/><Relationship Id="rId82" Type="http://schemas.openxmlformats.org/officeDocument/2006/relationships/hyperlink" Target="https://en.wikipedia.org/wiki/Pumpkin" TargetMode="External"/><Relationship Id="rId83" Type="http://schemas.openxmlformats.org/officeDocument/2006/relationships/image" Target="media/image38.jpg"/><Relationship Id="rId84" Type="http://schemas.openxmlformats.org/officeDocument/2006/relationships/hyperlink" Target="https://en.wikipedia.org/wiki/Calabash" TargetMode="External"/><Relationship Id="rId85" Type="http://schemas.openxmlformats.org/officeDocument/2006/relationships/image" Target="media/image39.jpg"/><Relationship Id="rId86" Type="http://schemas.openxmlformats.org/officeDocument/2006/relationships/hyperlink" Target="https://en.wikipedia.org/wiki/Momordica_charantia" TargetMode="External"/><Relationship Id="rId87" Type="http://schemas.openxmlformats.org/officeDocument/2006/relationships/image" Target="media/image40.jpg"/><Relationship Id="rId88" Type="http://schemas.openxmlformats.org/officeDocument/2006/relationships/hyperlink" Target="https://en.wikipedia.org/wiki/Spinach" TargetMode="External"/><Relationship Id="rId89" Type="http://schemas.openxmlformats.org/officeDocument/2006/relationships/image" Target="media/image41.jpg"/><Relationship Id="rId90" Type="http://schemas.openxmlformats.org/officeDocument/2006/relationships/hyperlink" Target="https://en.wikipedia.org/wiki/Coriander" TargetMode="External"/><Relationship Id="rId91" Type="http://schemas.openxmlformats.org/officeDocument/2006/relationships/image" Target="media/image42.jpg"/><Relationship Id="rId92" Type="http://schemas.openxmlformats.org/officeDocument/2006/relationships/hyperlink" Target="https://en.wikipedia.org/wiki/Mentha" TargetMode="External"/><Relationship Id="rId93" Type="http://schemas.openxmlformats.org/officeDocument/2006/relationships/image" Target="media/image43.jpg"/><Relationship Id="rId94" Type="http://schemas.openxmlformats.org/officeDocument/2006/relationships/hyperlink" Target="https://en.wikipedia.org/wiki/Fenugreek" TargetMode="External"/><Relationship Id="rId95" Type="http://schemas.openxmlformats.org/officeDocument/2006/relationships/image" Target="media/image44.jpg"/><Relationship Id="rId96" Type="http://schemas.openxmlformats.org/officeDocument/2006/relationships/hyperlink" Target="https://en.wikipedia.org/wiki/Brassica_juncea" TargetMode="External"/><Relationship Id="rId97" Type="http://schemas.openxmlformats.org/officeDocument/2006/relationships/image" Target="media/image45.jpg"/><Relationship Id="rId98" Type="http://schemas.openxmlformats.org/officeDocument/2006/relationships/hyperlink" Target="https://en.wikipedia.org/wiki/Ginger" TargetMode="External"/><Relationship Id="rId99" Type="http://schemas.openxmlformats.org/officeDocument/2006/relationships/image" Target="media/image46.jpg"/><Relationship Id="rId100" Type="http://schemas.openxmlformats.org/officeDocument/2006/relationships/hyperlink" Target="https://en.wikipedia.org/wiki/Turmeric" TargetMode="External"/><Relationship Id="rId101" Type="http://schemas.openxmlformats.org/officeDocument/2006/relationships/image" Target="media/image47.jpg"/><Relationship Id="rId102" Type="http://schemas.openxmlformats.org/officeDocument/2006/relationships/hyperlink" Target="https://en.wikipedia.org/wiki/Garlic" TargetMode="External"/><Relationship Id="rId103" Type="http://schemas.openxmlformats.org/officeDocument/2006/relationships/image" Target="media/image48.jpg"/><Relationship Id="rId104" Type="http://schemas.openxmlformats.org/officeDocument/2006/relationships/hyperlink" Target="https://en.wikipedia.org/wiki/Onion" TargetMode="External"/><Relationship Id="rId105" Type="http://schemas.openxmlformats.org/officeDocument/2006/relationships/image" Target="media/image49.jpg"/><Relationship Id="rId106" Type="http://schemas.openxmlformats.org/officeDocument/2006/relationships/hyperlink" Target="https://en.wikipedia.org/wiki/Potato" TargetMode="External"/><Relationship Id="rId107" Type="http://schemas.openxmlformats.org/officeDocument/2006/relationships/image" Target="media/image50.jpg"/><Relationship Id="rId108" Type="http://schemas.openxmlformats.org/officeDocument/2006/relationships/hyperlink" Target="https://en.wikipedia.org/wiki/Sweet_potato" TargetMode="External"/><Relationship Id="rId109" Type="http://schemas.openxmlformats.org/officeDocument/2006/relationships/image" Target="media/image51.jpg"/><Relationship Id="rId110" Type="http://schemas.openxmlformats.org/officeDocument/2006/relationships/hyperlink" Target="https://en.wikipedia.org/wiki/Carrot" TargetMode="External"/><Relationship Id="rId111" Type="http://schemas.openxmlformats.org/officeDocument/2006/relationships/image" Target="media/image52.jpg"/><Relationship Id="rId112" Type="http://schemas.openxmlformats.org/officeDocument/2006/relationships/hyperlink" Target="https://en.wikipedia.org/wiki/Radish" TargetMode="External"/><Relationship Id="rId113" Type="http://schemas.openxmlformats.org/officeDocument/2006/relationships/image" Target="media/image53.jpg"/><Relationship Id="rId114" Type="http://schemas.openxmlformats.org/officeDocument/2006/relationships/hyperlink" Target="https://en.wikipedia.org/wiki/Beetroot" TargetMode="External"/><Relationship Id="rId115" Type="http://schemas.openxmlformats.org/officeDocument/2006/relationships/image" Target="media/image54.jpg"/><Relationship Id="rId116" Type="http://schemas.openxmlformats.org/officeDocument/2006/relationships/hyperlink" Target="https://en.wikipedia.org/wiki/Cabbage" TargetMode="External"/><Relationship Id="rId117" Type="http://schemas.openxmlformats.org/officeDocument/2006/relationships/image" Target="media/image55.jpg"/><Relationship Id="rId118" Type="http://schemas.openxmlformats.org/officeDocument/2006/relationships/hyperlink" Target="https://en.wikipedia.org/wiki/Cauliflower" TargetMode="External"/><Relationship Id="rId119" Type="http://schemas.openxmlformats.org/officeDocument/2006/relationships/image" Target="media/image56.jpg"/><Relationship Id="rId120" Type="http://schemas.openxmlformats.org/officeDocument/2006/relationships/hyperlink" Target="https://en.wikipedia.org/wiki/Broccoli" TargetMode="External"/><Relationship Id="rId121" Type="http://schemas.openxmlformats.org/officeDocument/2006/relationships/image" Target="media/image57.jpg"/><Relationship Id="rId122" Type="http://schemas.openxmlformats.org/officeDocument/2006/relationships/hyperlink" Target="https://en.wikipedia.org/wiki/Pea" TargetMode="External"/><Relationship Id="rId123" Type="http://schemas.openxmlformats.org/officeDocument/2006/relationships/image" Target="media/image58.jpg"/><Relationship Id="rId124" Type="http://schemas.openxmlformats.org/officeDocument/2006/relationships/hyperlink" Target="https://en.wikipedia.org/wiki/Chickpea" TargetMode="External"/><Relationship Id="rId125" Type="http://schemas.openxmlformats.org/officeDocument/2006/relationships/image" Target="media/image59.jpg"/><Relationship Id="rId126" Type="http://schemas.openxmlformats.org/officeDocument/2006/relationships/hyperlink" Target="https://en.wikipedia.org/wiki/Lentil" TargetMode="External"/><Relationship Id="rId127" Type="http://schemas.openxmlformats.org/officeDocument/2006/relationships/image" Target="media/image60.jpg"/><Relationship Id="rId128" Type="http://schemas.openxmlformats.org/officeDocument/2006/relationships/hyperlink" Target="https://en.wikipedia.org/wiki/Soybean" TargetMode="External"/><Relationship Id="rId129" Type="http://schemas.openxmlformats.org/officeDocument/2006/relationships/image" Target="media/image61.jpg"/><Relationship Id="rId130" Type="http://schemas.openxmlformats.org/officeDocument/2006/relationships/hyperlink" Target="https://en.wikipedia.org/wiki/Rice" TargetMode="External"/><Relationship Id="rId131" Type="http://schemas.openxmlformats.org/officeDocument/2006/relationships/image" Target="media/image62.jpg"/><Relationship Id="rId132" Type="http://schemas.openxmlformats.org/officeDocument/2006/relationships/hyperlink" Target="https://en.wikipedia.org/wiki/Wheat" TargetMode="External"/><Relationship Id="rId133" Type="http://schemas.openxmlformats.org/officeDocument/2006/relationships/image" Target="media/image63.jpg"/><Relationship Id="rId134" Type="http://schemas.openxmlformats.org/officeDocument/2006/relationships/hyperlink" Target="https://en.wikipedia.org/wiki/Maize" TargetMode="External"/><Relationship Id="rId135" Type="http://schemas.openxmlformats.org/officeDocument/2006/relationships/image" Target="media/image64.jpg"/><Relationship Id="rId136" Type="http://schemas.openxmlformats.org/officeDocument/2006/relationships/hyperlink" Target="https://en.wikipedia.org/wiki/Sugarcane" TargetMode="External"/><Relationship Id="rId137" Type="http://schemas.openxmlformats.org/officeDocument/2006/relationships/image" Target="media/image65.jpg"/><Relationship Id="rId138" Type="http://schemas.openxmlformats.org/officeDocument/2006/relationships/hyperlink" Target="https://en.wikipedia.org/wiki/Cotton" TargetMode="External"/><Relationship Id="rId139" Type="http://schemas.openxmlformats.org/officeDocument/2006/relationships/image" Target="media/image66.jpg"/><Relationship Id="rId140" Type="http://schemas.openxmlformats.org/officeDocument/2006/relationships/hyperlink" Target="https://en.wikipedia.org/wiki/Camellia_sinensis" TargetMode="External"/><Relationship Id="rId141" Type="http://schemas.openxmlformats.org/officeDocument/2006/relationships/image" Target="media/image67.jpg"/><Relationship Id="rId142" Type="http://schemas.openxmlformats.org/officeDocument/2006/relationships/hyperlink" Target="https://en.wikipedia.org/wiki/Coffea" TargetMode="External"/><Relationship Id="rId143" Type="http://schemas.openxmlformats.org/officeDocument/2006/relationships/image" Target="media/image68.jpg"/><Relationship Id="rId144" Type="http://schemas.openxmlformats.org/officeDocument/2006/relationships/hyperlink" Target="https://en.wikipedia.org/wiki/Bamboo" TargetMode="External"/><Relationship Id="rId145" Type="http://schemas.openxmlformats.org/officeDocument/2006/relationships/image" Target="media/image69.jpg"/><Relationship Id="rId146" Type="http://schemas.openxmlformats.org/officeDocument/2006/relationships/hyperlink" Target="https://en.wikipedia.org/wiki/Eucalyptus" TargetMode="External"/><Relationship Id="rId147" Type="http://schemas.openxmlformats.org/officeDocument/2006/relationships/image" Target="media/image70.jpg"/><Relationship Id="rId148" Type="http://schemas.openxmlformats.org/officeDocument/2006/relationships/hyperlink" Target="https://en.wikipedia.org/wiki/Teak" TargetMode="External"/><Relationship Id="rId149" Type="http://schemas.openxmlformats.org/officeDocument/2006/relationships/image" Target="media/image71.jpg"/><Relationship Id="rId150" Type="http://schemas.openxmlformats.org/officeDocument/2006/relationships/hyperlink" Target="https://en.wikipedia.org/wiki/Santalum_album" TargetMode="External"/><Relationship Id="rId151" Type="http://schemas.openxmlformats.org/officeDocument/2006/relationships/image" Target="media/image72.jpg"/><Relationship Id="rId152" Type="http://schemas.openxmlformats.org/officeDocument/2006/relationships/hyperlink" Target="https://en.wikipedia.org/wiki/Epipremnum_aureum" TargetMode="External"/><Relationship Id="rId153" Type="http://schemas.openxmlformats.org/officeDocument/2006/relationships/image" Target="media/image73.jpg"/><Relationship Id="rId154" Type="http://schemas.openxmlformats.org/officeDocument/2006/relationships/hyperlink" Target="https://en.wikipedia.org/wiki/Dracaena_trifasci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73 Plant Images</dc:title>
  <dc:subject>Plant photographs with common names</dc:subject>
  <dc:creator>Anand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